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B9109" w14:textId="77777777" w:rsidR="00C1082F" w:rsidRPr="00816F43" w:rsidRDefault="00000000">
      <w:pPr>
        <w:jc w:val="center"/>
        <w:rPr>
          <w:rFonts w:ascii="Arrus BT" w:hAnsi="Arrus BT" w:hint="eastAsia"/>
        </w:rPr>
      </w:pPr>
      <w:r w:rsidRPr="00816F43">
        <w:rPr>
          <w:rFonts w:ascii="Arrus BT" w:hAnsi="Arrus BT"/>
          <w:b/>
          <w:color w:val="164E63"/>
          <w:sz w:val="32"/>
        </w:rPr>
        <w:t>OPĆINA ŽUPA DUBROVAČKA</w:t>
      </w:r>
    </w:p>
    <w:p w14:paraId="3957D6E5" w14:textId="77777777" w:rsidR="00C1082F" w:rsidRPr="00816F43" w:rsidRDefault="00000000">
      <w:pPr>
        <w:jc w:val="center"/>
        <w:rPr>
          <w:rFonts w:ascii="Arrus BT" w:hAnsi="Arrus BT" w:hint="eastAsia"/>
        </w:rPr>
      </w:pPr>
      <w:r w:rsidRPr="00816F43">
        <w:rPr>
          <w:rFonts w:ascii="Arrus BT" w:hAnsi="Arrus BT"/>
          <w:b/>
          <w:color w:val="0F9DAD"/>
          <w:sz w:val="30"/>
        </w:rPr>
        <w:t>PRIJAVA PROGRAMA I PROJEKATA U KULTURI</w:t>
      </w:r>
    </w:p>
    <w:p w14:paraId="66BF2815" w14:textId="2ED136FA" w:rsidR="00816F43" w:rsidRPr="00561E49" w:rsidRDefault="00000000" w:rsidP="00816F43">
      <w:pPr>
        <w:jc w:val="center"/>
        <w:rPr>
          <w:rFonts w:ascii="Arrus BT" w:hAnsi="Arrus BT" w:cs="Arial" w:hint="eastAsia"/>
          <w:b/>
          <w:bCs/>
          <w:i/>
          <w:sz w:val="28"/>
          <w:szCs w:val="28"/>
        </w:rPr>
      </w:pPr>
      <w:r w:rsidRPr="00561E49">
        <w:rPr>
          <w:rFonts w:ascii="Arrus BT" w:hAnsi="Arrus BT"/>
          <w:b/>
          <w:bCs/>
          <w:i/>
          <w:sz w:val="28"/>
          <w:szCs w:val="28"/>
        </w:rPr>
        <w:t xml:space="preserve">Obrazac za </w:t>
      </w:r>
      <w:proofErr w:type="spellStart"/>
      <w:r w:rsidRPr="00561E49">
        <w:rPr>
          <w:rFonts w:ascii="Arrus BT" w:hAnsi="Arrus BT"/>
          <w:b/>
          <w:bCs/>
          <w:i/>
          <w:sz w:val="28"/>
          <w:szCs w:val="28"/>
        </w:rPr>
        <w:t>prijavu</w:t>
      </w:r>
      <w:proofErr w:type="spellEnd"/>
      <w:r w:rsidRPr="00561E49">
        <w:rPr>
          <w:rFonts w:ascii="Arrus BT" w:hAnsi="Arrus BT"/>
          <w:b/>
          <w:bCs/>
          <w:i/>
          <w:sz w:val="28"/>
          <w:szCs w:val="28"/>
        </w:rPr>
        <w:t xml:space="preserve"> </w:t>
      </w:r>
      <w:proofErr w:type="spellStart"/>
      <w:r w:rsidRPr="00561E49">
        <w:rPr>
          <w:rFonts w:ascii="Arrus BT" w:hAnsi="Arrus BT"/>
          <w:b/>
          <w:bCs/>
          <w:i/>
          <w:sz w:val="28"/>
          <w:szCs w:val="28"/>
        </w:rPr>
        <w:t>na</w:t>
      </w:r>
      <w:proofErr w:type="spellEnd"/>
      <w:r w:rsidRPr="00561E49">
        <w:rPr>
          <w:rFonts w:ascii="Arrus BT" w:hAnsi="Arrus BT"/>
          <w:b/>
          <w:bCs/>
          <w:i/>
          <w:sz w:val="28"/>
          <w:szCs w:val="28"/>
        </w:rPr>
        <w:t xml:space="preserve"> </w:t>
      </w:r>
      <w:proofErr w:type="spellStart"/>
      <w:r w:rsidRPr="00561E49">
        <w:rPr>
          <w:rFonts w:ascii="Arrus BT" w:hAnsi="Arrus BT"/>
          <w:b/>
          <w:bCs/>
          <w:i/>
          <w:sz w:val="28"/>
          <w:szCs w:val="28"/>
        </w:rPr>
        <w:t>javni</w:t>
      </w:r>
      <w:proofErr w:type="spellEnd"/>
      <w:r w:rsidRPr="00561E49">
        <w:rPr>
          <w:rFonts w:ascii="Arrus BT" w:hAnsi="Arrus BT"/>
          <w:b/>
          <w:bCs/>
          <w:i/>
          <w:sz w:val="28"/>
          <w:szCs w:val="28"/>
        </w:rPr>
        <w:t xml:space="preserve"> </w:t>
      </w:r>
      <w:proofErr w:type="spellStart"/>
      <w:r w:rsidRPr="00561E49">
        <w:rPr>
          <w:rFonts w:ascii="Arrus BT" w:hAnsi="Arrus BT"/>
          <w:b/>
          <w:bCs/>
          <w:i/>
          <w:sz w:val="28"/>
          <w:szCs w:val="28"/>
        </w:rPr>
        <w:t>poziv</w:t>
      </w:r>
      <w:proofErr w:type="spellEnd"/>
      <w:r w:rsidR="00816F43" w:rsidRPr="00561E49">
        <w:rPr>
          <w:rFonts w:ascii="Arrus BT" w:hAnsi="Arrus BT" w:cs="Arial"/>
          <w:b/>
          <w:bCs/>
          <w:i/>
          <w:sz w:val="28"/>
          <w:szCs w:val="28"/>
        </w:rPr>
        <w:t xml:space="preserve"> za </w:t>
      </w:r>
      <w:proofErr w:type="spellStart"/>
      <w:r w:rsidR="00816F43" w:rsidRPr="00561E49">
        <w:rPr>
          <w:rFonts w:ascii="Arrus BT" w:hAnsi="Arrus BT" w:cs="Arial"/>
          <w:b/>
          <w:bCs/>
          <w:i/>
          <w:sz w:val="28"/>
          <w:szCs w:val="28"/>
        </w:rPr>
        <w:t>predlaganje</w:t>
      </w:r>
      <w:proofErr w:type="spellEnd"/>
      <w:r w:rsidR="00816F43" w:rsidRPr="00561E49">
        <w:rPr>
          <w:rFonts w:ascii="Arrus BT" w:hAnsi="Arrus BT" w:cs="Arial"/>
          <w:b/>
          <w:bCs/>
          <w:i/>
          <w:sz w:val="28"/>
          <w:szCs w:val="28"/>
        </w:rPr>
        <w:t xml:space="preserve"> </w:t>
      </w:r>
      <w:proofErr w:type="spellStart"/>
      <w:r w:rsidR="00816F43" w:rsidRPr="00561E49">
        <w:rPr>
          <w:rFonts w:ascii="Arrus BT" w:hAnsi="Arrus BT" w:cs="Arial"/>
          <w:b/>
          <w:bCs/>
          <w:i/>
          <w:sz w:val="28"/>
          <w:szCs w:val="28"/>
        </w:rPr>
        <w:t>Programa</w:t>
      </w:r>
      <w:proofErr w:type="spellEnd"/>
      <w:r w:rsidR="00816F43" w:rsidRPr="00561E49">
        <w:rPr>
          <w:rFonts w:ascii="Arrus BT" w:hAnsi="Arrus BT" w:cs="Arial"/>
          <w:b/>
          <w:bCs/>
          <w:i/>
          <w:sz w:val="28"/>
          <w:szCs w:val="28"/>
        </w:rPr>
        <w:t xml:space="preserve"> </w:t>
      </w:r>
      <w:proofErr w:type="spellStart"/>
      <w:r w:rsidR="00816F43" w:rsidRPr="00561E49">
        <w:rPr>
          <w:rFonts w:ascii="Arrus BT" w:hAnsi="Arrus BT" w:cs="Arial"/>
          <w:b/>
          <w:bCs/>
          <w:i/>
          <w:sz w:val="28"/>
          <w:szCs w:val="28"/>
        </w:rPr>
        <w:t>javnih</w:t>
      </w:r>
      <w:proofErr w:type="spellEnd"/>
      <w:r w:rsidR="00816F43" w:rsidRPr="00561E49">
        <w:rPr>
          <w:rFonts w:ascii="Arrus BT" w:hAnsi="Arrus BT" w:cs="Arial"/>
          <w:b/>
          <w:bCs/>
          <w:i/>
          <w:sz w:val="28"/>
          <w:szCs w:val="28"/>
        </w:rPr>
        <w:t xml:space="preserve"> </w:t>
      </w:r>
      <w:proofErr w:type="spellStart"/>
      <w:r w:rsidR="00816F43" w:rsidRPr="00561E49">
        <w:rPr>
          <w:rFonts w:ascii="Arrus BT" w:hAnsi="Arrus BT" w:cs="Arial"/>
          <w:b/>
          <w:bCs/>
          <w:i/>
          <w:sz w:val="28"/>
          <w:szCs w:val="28"/>
        </w:rPr>
        <w:t>potreba</w:t>
      </w:r>
      <w:proofErr w:type="spellEnd"/>
      <w:r w:rsidR="00816F43" w:rsidRPr="00561E49">
        <w:rPr>
          <w:rFonts w:ascii="Arrus BT" w:hAnsi="Arrus BT" w:cs="Arial"/>
          <w:b/>
          <w:bCs/>
          <w:i/>
          <w:sz w:val="28"/>
          <w:szCs w:val="28"/>
        </w:rPr>
        <w:t xml:space="preserve"> u </w:t>
      </w:r>
      <w:proofErr w:type="spellStart"/>
      <w:r w:rsidR="00816F43" w:rsidRPr="00561E49">
        <w:rPr>
          <w:rFonts w:ascii="Arrus BT" w:hAnsi="Arrus BT" w:cs="Arial"/>
          <w:b/>
          <w:bCs/>
          <w:i/>
          <w:sz w:val="28"/>
          <w:szCs w:val="28"/>
        </w:rPr>
        <w:t>kulturi</w:t>
      </w:r>
      <w:proofErr w:type="spellEnd"/>
      <w:r w:rsidR="00816F43" w:rsidRPr="00561E49">
        <w:rPr>
          <w:rFonts w:ascii="Arrus BT" w:hAnsi="Arrus BT" w:cs="Arial"/>
          <w:b/>
          <w:bCs/>
          <w:i/>
          <w:sz w:val="28"/>
          <w:szCs w:val="28"/>
        </w:rPr>
        <w:t xml:space="preserve"> </w:t>
      </w:r>
      <w:proofErr w:type="spellStart"/>
      <w:r w:rsidR="00816F43" w:rsidRPr="00561E49">
        <w:rPr>
          <w:rFonts w:ascii="Arrus BT" w:hAnsi="Arrus BT" w:cs="Arial"/>
          <w:b/>
          <w:bCs/>
          <w:i/>
          <w:sz w:val="28"/>
          <w:szCs w:val="28"/>
        </w:rPr>
        <w:t>Općine</w:t>
      </w:r>
      <w:proofErr w:type="spellEnd"/>
      <w:r w:rsidR="00816F43" w:rsidRPr="00561E49">
        <w:rPr>
          <w:rFonts w:ascii="Arrus BT" w:hAnsi="Arrus BT" w:cs="Arial"/>
          <w:b/>
          <w:bCs/>
          <w:i/>
          <w:sz w:val="28"/>
          <w:szCs w:val="28"/>
        </w:rPr>
        <w:t xml:space="preserve"> Župa dubrovačka za 2027. </w:t>
      </w:r>
      <w:proofErr w:type="spellStart"/>
      <w:r w:rsidR="00816F43" w:rsidRPr="00561E49">
        <w:rPr>
          <w:rFonts w:ascii="Arrus BT" w:hAnsi="Arrus BT" w:cs="Arial"/>
          <w:b/>
          <w:bCs/>
          <w:i/>
          <w:sz w:val="28"/>
          <w:szCs w:val="28"/>
        </w:rPr>
        <w:t>godinu</w:t>
      </w:r>
      <w:proofErr w:type="spellEnd"/>
    </w:p>
    <w:p w14:paraId="79DBD3BF" w14:textId="4E718884" w:rsidR="00C1082F" w:rsidRPr="00816F43" w:rsidRDefault="00C1082F">
      <w:pPr>
        <w:jc w:val="center"/>
        <w:rPr>
          <w:rFonts w:ascii="Arrus BT" w:hAnsi="Arrus BT" w:hint="eastAsia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2"/>
        <w:gridCol w:w="5250"/>
      </w:tblGrid>
      <w:tr w:rsidR="00C1082F" w:rsidRPr="00816F43" w14:paraId="4E7BCEEA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1574E50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Pitanje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podatak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63F35C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Odgovor</w:t>
            </w:r>
            <w:proofErr w:type="spellEnd"/>
          </w:p>
        </w:tc>
      </w:tr>
      <w:tr w:rsidR="00C1082F" w:rsidRPr="00816F43" w14:paraId="5241BB0D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BDB8B7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Prijavitelj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643493" w14:textId="53752222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0D1DEA3D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B1BEC9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Naziv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programa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/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projekta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F0EF6C" w14:textId="1C1E63E6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</w:tbl>
    <w:p w14:paraId="4FAFDE22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C1082F" w:rsidRPr="00816F43" w14:paraId="22B1964C" w14:textId="77777777">
        <w:trPr>
          <w:jc w:val="center"/>
        </w:trPr>
        <w:tc>
          <w:tcPr>
            <w:tcW w:w="10512" w:type="dxa"/>
            <w:shd w:val="clear" w:color="auto" w:fill="164E6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8E98C21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24"/>
              </w:rPr>
              <w:t>VAŽNA NAPOMENA – NOVI NAČIN VREDNOVANJA</w:t>
            </w:r>
          </w:p>
        </w:tc>
      </w:tr>
      <w:tr w:rsidR="00C1082F" w:rsidRPr="00816F43" w14:paraId="4B080BE9" w14:textId="77777777">
        <w:tblPrEx>
          <w:jc w:val="left"/>
        </w:tblPrEx>
        <w:tc>
          <w:tcPr>
            <w:tcW w:w="10512" w:type="dxa"/>
            <w:shd w:val="clear" w:color="auto" w:fill="EAF5F6"/>
            <w:tcMar>
              <w:top w:w="140" w:type="dxa"/>
              <w:left w:w="90" w:type="dxa"/>
              <w:bottom w:w="140" w:type="dxa"/>
              <w:right w:w="90" w:type="dxa"/>
            </w:tcMar>
            <w:vAlign w:val="center"/>
          </w:tcPr>
          <w:p w14:paraId="11DF9FF4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Ovaj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obrazac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sadržajno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je </w:t>
            </w:r>
            <w:proofErr w:type="spellStart"/>
            <w:r w:rsidRPr="00816F43">
              <w:rPr>
                <w:rFonts w:ascii="Arrus BT" w:hAnsi="Arrus BT"/>
                <w:sz w:val="18"/>
              </w:rPr>
              <w:t>izmijenjen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u </w:t>
            </w:r>
            <w:proofErr w:type="spellStart"/>
            <w:r w:rsidRPr="00816F43">
              <w:rPr>
                <w:rFonts w:ascii="Arrus BT" w:hAnsi="Arrus BT"/>
                <w:sz w:val="18"/>
              </w:rPr>
              <w:t>odnosu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na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obrasce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iz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prethodnih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godina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. </w:t>
            </w:r>
            <w:proofErr w:type="spellStart"/>
            <w:r w:rsidRPr="00816F43">
              <w:rPr>
                <w:rFonts w:ascii="Arrus BT" w:hAnsi="Arrus BT"/>
                <w:sz w:val="18"/>
              </w:rPr>
              <w:t>Prijave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se </w:t>
            </w:r>
            <w:proofErr w:type="spellStart"/>
            <w:r w:rsidRPr="00816F43">
              <w:rPr>
                <w:rFonts w:ascii="Arrus BT" w:hAnsi="Arrus BT"/>
                <w:sz w:val="18"/>
              </w:rPr>
              <w:t>vrednuju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prema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novim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kriterijima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koje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primjenjuje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Kulturno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vijeće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Općine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Župa dubrovačka, </w:t>
            </w:r>
            <w:proofErr w:type="spellStart"/>
            <w:r w:rsidRPr="00816F43">
              <w:rPr>
                <w:rFonts w:ascii="Arrus BT" w:hAnsi="Arrus BT"/>
                <w:sz w:val="18"/>
              </w:rPr>
              <w:t>koje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provodi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stručnu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ocjenu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prijavljenih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programa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projekata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. </w:t>
            </w:r>
            <w:proofErr w:type="spellStart"/>
            <w:r w:rsidRPr="00816F43">
              <w:rPr>
                <w:rFonts w:ascii="Arrus BT" w:hAnsi="Arrus BT"/>
                <w:sz w:val="18"/>
              </w:rPr>
              <w:t>Prijavitelji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trebaju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odgovoriti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na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sva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relevantna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pitanja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jasno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obrazložiti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kvalitetu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sz w:val="18"/>
              </w:rPr>
              <w:t>ciljeve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sz w:val="18"/>
              </w:rPr>
              <w:t>očekivane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rezultate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sz w:val="18"/>
              </w:rPr>
              <w:t>stručne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reference, </w:t>
            </w:r>
            <w:proofErr w:type="spellStart"/>
            <w:r w:rsidRPr="00816F43">
              <w:rPr>
                <w:rFonts w:ascii="Arrus BT" w:hAnsi="Arrus BT"/>
                <w:sz w:val="18"/>
              </w:rPr>
              <w:t>kontinuitet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rada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plan </w:t>
            </w:r>
            <w:proofErr w:type="spellStart"/>
            <w:r w:rsidRPr="00816F43">
              <w:rPr>
                <w:rFonts w:ascii="Arrus BT" w:hAnsi="Arrus BT"/>
                <w:sz w:val="18"/>
              </w:rPr>
              <w:t>komunikacije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s </w:t>
            </w:r>
            <w:proofErr w:type="spellStart"/>
            <w:r w:rsidRPr="00816F43">
              <w:rPr>
                <w:rFonts w:ascii="Arrus BT" w:hAnsi="Arrus BT"/>
                <w:sz w:val="18"/>
              </w:rPr>
              <w:t>publikom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. </w:t>
            </w:r>
            <w:proofErr w:type="spellStart"/>
            <w:r w:rsidRPr="00816F43">
              <w:rPr>
                <w:rFonts w:ascii="Arrus BT" w:hAnsi="Arrus BT"/>
                <w:sz w:val="18"/>
              </w:rPr>
              <w:t>Podaci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navedeni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u </w:t>
            </w:r>
            <w:proofErr w:type="spellStart"/>
            <w:r w:rsidRPr="00816F43">
              <w:rPr>
                <w:rFonts w:ascii="Arrus BT" w:hAnsi="Arrus BT"/>
                <w:sz w:val="18"/>
              </w:rPr>
              <w:t>obrascu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služe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za </w:t>
            </w:r>
            <w:proofErr w:type="spellStart"/>
            <w:r w:rsidRPr="00816F43">
              <w:rPr>
                <w:rFonts w:ascii="Arrus BT" w:hAnsi="Arrus BT"/>
                <w:sz w:val="18"/>
              </w:rPr>
              <w:t>procjenu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prijave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prema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utvrđenim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kriterijima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vrednovanja</w:t>
            </w:r>
            <w:proofErr w:type="spellEnd"/>
            <w:r w:rsidRPr="00816F43">
              <w:rPr>
                <w:rFonts w:ascii="Arrus BT" w:hAnsi="Arrus BT"/>
                <w:sz w:val="18"/>
              </w:rPr>
              <w:t>.</w:t>
            </w:r>
          </w:p>
        </w:tc>
      </w:tr>
    </w:tbl>
    <w:p w14:paraId="0EBDD34C" w14:textId="77777777" w:rsidR="00C1082F" w:rsidRPr="00816F43" w:rsidRDefault="00C1082F">
      <w:pPr>
        <w:rPr>
          <w:rFonts w:ascii="Arrus BT" w:hAnsi="Arrus BT"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C1082F" w:rsidRPr="00816F43" w14:paraId="2BB2DC2A" w14:textId="77777777">
        <w:trPr>
          <w:jc w:val="center"/>
        </w:trPr>
        <w:tc>
          <w:tcPr>
            <w:tcW w:w="10512" w:type="dxa"/>
            <w:shd w:val="clear" w:color="auto" w:fill="164E6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35FC26F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24"/>
              </w:rPr>
              <w:t>I. OSNOVNI PODACI O PRIJAVITELJU</w:t>
            </w:r>
          </w:p>
        </w:tc>
      </w:tr>
    </w:tbl>
    <w:p w14:paraId="07B507CF" w14:textId="77777777" w:rsidR="00C1082F" w:rsidRPr="00816F43" w:rsidRDefault="00000000">
      <w:pPr>
        <w:pStyle w:val="Naslov2"/>
        <w:rPr>
          <w:rFonts w:ascii="Arrus BT" w:hAnsi="Arrus BT" w:hint="eastAsia"/>
        </w:rPr>
      </w:pPr>
      <w:r w:rsidRPr="00816F43">
        <w:rPr>
          <w:rFonts w:ascii="Arrus BT" w:hAnsi="Arrus BT"/>
        </w:rPr>
        <w:t xml:space="preserve">1. </w:t>
      </w:r>
      <w:proofErr w:type="spellStart"/>
      <w:r w:rsidRPr="00816F43">
        <w:rPr>
          <w:rFonts w:ascii="Arrus BT" w:hAnsi="Arrus BT"/>
        </w:rPr>
        <w:t>Podaci</w:t>
      </w:r>
      <w:proofErr w:type="spellEnd"/>
      <w:r w:rsidRPr="00816F43">
        <w:rPr>
          <w:rFonts w:ascii="Arrus BT" w:hAnsi="Arrus BT"/>
        </w:rPr>
        <w:t xml:space="preserve"> o </w:t>
      </w:r>
      <w:proofErr w:type="spellStart"/>
      <w:r w:rsidRPr="00816F43">
        <w:rPr>
          <w:rFonts w:ascii="Arrus BT" w:hAnsi="Arrus BT"/>
        </w:rPr>
        <w:t>pravnoj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osobi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ili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organizaciji</w:t>
      </w:r>
      <w:proofErr w:type="spellEnd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C1082F" w:rsidRPr="00816F43" w14:paraId="1CB63FF3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6F94DCA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Pitanje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podatak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52A240F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Odgovor</w:t>
            </w:r>
            <w:proofErr w:type="spellEnd"/>
          </w:p>
        </w:tc>
      </w:tr>
      <w:tr w:rsidR="00C1082F" w:rsidRPr="00816F43" w14:paraId="3A55F089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C0015B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Puni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naziv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prijavitelja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0BCC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350A7AEF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F988FF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Adresa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sjedišta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094E38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226E4430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1AEC54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>OIB</w:t>
            </w:r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E933A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5C5BBCDB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3AAEB7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Telefon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4D950C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237DBB9E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69130C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>E-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pošta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0C8601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0AF256EA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935B6A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Mrežna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stranica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profili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društvenim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mrežama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26C222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4129A6F9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FD0A34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Ime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prezime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osobe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ovlaštene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za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zastupanje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7D336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6BD73D50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F76CE7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Funkcija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osobe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ovlaštene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za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zastupanje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19E0F1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695CC9BB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581602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Ime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prezime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kontakt-osobe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za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prijavu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510C97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7EDC49FF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B3F2B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lastRenderedPageBreak/>
              <w:t>Kontakt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telefon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e-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pošta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72F98C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19CE84A7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0FA92E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Datum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upisa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u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odgovarajući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registar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DA3921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72CB5A14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C3B018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Naziv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registra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registarski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broj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474FC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5CF5E4A4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4BAF97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Pravni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oblik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prijavitelja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9C3DA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75E4D760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51518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IBAN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računa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B17BBD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243F29D2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277648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Naziv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banke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F1A47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</w:tbl>
    <w:p w14:paraId="263426F2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p w14:paraId="39C6DA98" w14:textId="77777777" w:rsidR="00C1082F" w:rsidRPr="00816F43" w:rsidRDefault="00000000">
      <w:pPr>
        <w:pStyle w:val="Naslov2"/>
        <w:rPr>
          <w:rFonts w:ascii="Arrus BT" w:hAnsi="Arrus BT" w:hint="eastAsia"/>
        </w:rPr>
      </w:pPr>
      <w:r w:rsidRPr="00816F43">
        <w:rPr>
          <w:rFonts w:ascii="Arrus BT" w:hAnsi="Arrus BT"/>
        </w:rPr>
        <w:t xml:space="preserve">2. </w:t>
      </w:r>
      <w:proofErr w:type="spellStart"/>
      <w:r w:rsidRPr="00816F43">
        <w:rPr>
          <w:rFonts w:ascii="Arrus BT" w:hAnsi="Arrus BT"/>
        </w:rPr>
        <w:t>Podaci</w:t>
      </w:r>
      <w:proofErr w:type="spellEnd"/>
      <w:r w:rsidRPr="00816F43">
        <w:rPr>
          <w:rFonts w:ascii="Arrus BT" w:hAnsi="Arrus BT"/>
        </w:rPr>
        <w:t xml:space="preserve"> o </w:t>
      </w:r>
      <w:proofErr w:type="spellStart"/>
      <w:r w:rsidRPr="00816F43">
        <w:rPr>
          <w:rFonts w:ascii="Arrus BT" w:hAnsi="Arrus BT"/>
        </w:rPr>
        <w:t>djelovanju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prijavitelja</w:t>
      </w:r>
      <w:proofErr w:type="spellEnd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C1082F" w:rsidRPr="00816F43" w14:paraId="480DDFF0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BCDA67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Pitanje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podatak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136B73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Odgovor</w:t>
            </w:r>
            <w:proofErr w:type="spellEnd"/>
          </w:p>
        </w:tc>
      </w:tr>
      <w:tr w:rsidR="00C1082F" w:rsidRPr="00816F43" w14:paraId="1D81FABA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54C6C3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Područja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djelovanja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osnovni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ciljevi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organizacije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5A191A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57A7210B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7C63D9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Broj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aktivnih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članova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zaposlenih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volontera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0F511A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Članovi</w:t>
            </w:r>
            <w:proofErr w:type="spellEnd"/>
            <w:r w:rsidRPr="00816F43">
              <w:rPr>
                <w:rFonts w:ascii="Arrus BT" w:hAnsi="Arrus BT"/>
                <w:sz w:val="18"/>
              </w:rPr>
              <w:t>: _____</w:t>
            </w:r>
            <w:proofErr w:type="gramStart"/>
            <w:r w:rsidRPr="00816F43">
              <w:rPr>
                <w:rFonts w:ascii="Arrus BT" w:hAnsi="Arrus BT"/>
                <w:sz w:val="18"/>
              </w:rPr>
              <w:t xml:space="preserve">_  </w:t>
            </w:r>
            <w:proofErr w:type="spellStart"/>
            <w:r w:rsidRPr="00816F43">
              <w:rPr>
                <w:rFonts w:ascii="Arrus BT" w:hAnsi="Arrus BT"/>
                <w:sz w:val="18"/>
              </w:rPr>
              <w:t>Zaposleni</w:t>
            </w:r>
            <w:proofErr w:type="spellEnd"/>
            <w:proofErr w:type="gramEnd"/>
            <w:r w:rsidRPr="00816F43">
              <w:rPr>
                <w:rFonts w:ascii="Arrus BT" w:hAnsi="Arrus BT"/>
                <w:sz w:val="18"/>
              </w:rPr>
              <w:t>: _____</w:t>
            </w:r>
            <w:proofErr w:type="gramStart"/>
            <w:r w:rsidRPr="00816F43">
              <w:rPr>
                <w:rFonts w:ascii="Arrus BT" w:hAnsi="Arrus BT"/>
                <w:sz w:val="18"/>
              </w:rPr>
              <w:t xml:space="preserve">_  </w:t>
            </w:r>
            <w:proofErr w:type="spellStart"/>
            <w:r w:rsidRPr="00816F43">
              <w:rPr>
                <w:rFonts w:ascii="Arrus BT" w:hAnsi="Arrus BT"/>
                <w:sz w:val="18"/>
              </w:rPr>
              <w:t>Volonteri</w:t>
            </w:r>
            <w:proofErr w:type="spellEnd"/>
            <w:proofErr w:type="gramEnd"/>
            <w:r w:rsidRPr="00816F43">
              <w:rPr>
                <w:rFonts w:ascii="Arrus BT" w:hAnsi="Arrus BT"/>
                <w:sz w:val="18"/>
              </w:rPr>
              <w:t>: ______</w:t>
            </w:r>
          </w:p>
        </w:tc>
      </w:tr>
      <w:tr w:rsidR="00C1082F" w:rsidRPr="00816F43" w14:paraId="247E229D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AB9197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Je li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prijavitelj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u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sustavu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PDV-a?</w:t>
            </w:r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FD2B97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DA 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NE</w:t>
            </w:r>
          </w:p>
        </w:tc>
      </w:tr>
      <w:tr w:rsidR="00C1082F" w:rsidRPr="00816F43" w14:paraId="7B72E7FC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02A419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Ukupni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prihodi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prijavitelja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u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prethodnoj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godini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(EUR)</w:t>
            </w:r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5E1C5C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18394C97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3AA46A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Ima li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prijavitelj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odgovarajući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prostor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za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provedbu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aktivnosti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?</w:t>
            </w:r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C21F59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DA 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NE</w:t>
            </w:r>
          </w:p>
        </w:tc>
      </w:tr>
      <w:tr w:rsidR="00C1082F" w:rsidRPr="00816F43" w14:paraId="4A767F78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3BEA43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Ako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ima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navedite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prostor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uvjete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korištenja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96E907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54C2B446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04F4D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Suradnja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s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drugim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organizacijama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ustanovama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ili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pojedincima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–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navedite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s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kim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koji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način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319234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52ACEC42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8AC409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Godišnji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izvještaj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o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radu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za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prethodnu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godinu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izrađen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usvojen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?</w:t>
            </w:r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8F689C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DA 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NE</w:t>
            </w:r>
          </w:p>
        </w:tc>
      </w:tr>
      <w:tr w:rsidR="00C1082F" w:rsidRPr="00816F43" w14:paraId="03670C3D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F073AC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Je li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izvještaj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javno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dostupan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?</w:t>
            </w:r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927A34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DA 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NE</w:t>
            </w:r>
          </w:p>
        </w:tc>
      </w:tr>
      <w:tr w:rsidR="00C1082F" w:rsidRPr="00816F43" w14:paraId="072DE33B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4D30A4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Poveznica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izvještaj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ako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postoji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4FCB0F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</w:tbl>
    <w:p w14:paraId="06730DAD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C1082F" w:rsidRPr="00816F43" w14:paraId="699002A6" w14:textId="77777777">
        <w:trPr>
          <w:jc w:val="center"/>
        </w:trPr>
        <w:tc>
          <w:tcPr>
            <w:tcW w:w="10512" w:type="dxa"/>
            <w:shd w:val="clear" w:color="auto" w:fill="164E6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6E06504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24"/>
              </w:rPr>
              <w:t>II. OSNOVNI PODACI O PROGRAMU ILI PROJEKTU</w:t>
            </w:r>
          </w:p>
        </w:tc>
      </w:tr>
    </w:tbl>
    <w:p w14:paraId="54C27CFC" w14:textId="77777777" w:rsidR="00C1082F" w:rsidRPr="00816F43" w:rsidRDefault="00000000">
      <w:pPr>
        <w:pStyle w:val="Naslov2"/>
        <w:rPr>
          <w:rFonts w:ascii="Arrus BT" w:hAnsi="Arrus BT" w:hint="eastAsia"/>
        </w:rPr>
      </w:pPr>
      <w:r w:rsidRPr="00816F43">
        <w:rPr>
          <w:rFonts w:ascii="Arrus BT" w:hAnsi="Arrus BT"/>
        </w:rPr>
        <w:t xml:space="preserve">3. </w:t>
      </w:r>
      <w:proofErr w:type="spellStart"/>
      <w:r w:rsidRPr="00816F43">
        <w:rPr>
          <w:rFonts w:ascii="Arrus BT" w:hAnsi="Arrus BT"/>
        </w:rPr>
        <w:t>Identifikacija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programa</w:t>
      </w:r>
      <w:proofErr w:type="spellEnd"/>
      <w:r w:rsidRPr="00816F43">
        <w:rPr>
          <w:rFonts w:ascii="Arrus BT" w:hAnsi="Arrus BT"/>
        </w:rPr>
        <w:t>/</w:t>
      </w:r>
      <w:proofErr w:type="spellStart"/>
      <w:r w:rsidRPr="00816F43">
        <w:rPr>
          <w:rFonts w:ascii="Arrus BT" w:hAnsi="Arrus BT"/>
        </w:rPr>
        <w:t>projekta</w:t>
      </w:r>
      <w:proofErr w:type="spellEnd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C1082F" w:rsidRPr="00816F43" w14:paraId="6462603F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441B1DA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Pitanje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podatak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750DE06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Odgovor</w:t>
            </w:r>
            <w:proofErr w:type="spellEnd"/>
          </w:p>
        </w:tc>
      </w:tr>
      <w:tr w:rsidR="00C1082F" w:rsidRPr="00816F43" w14:paraId="7FF80215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134973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Naziv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programa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/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projekta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F57E38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63B40295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74D45D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Kategorija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djelatnosti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u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kulturi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03F3FC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65D94B3F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D3E78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lastRenderedPageBreak/>
              <w:t>Vrsta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prijave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65A78A" w14:textId="6B22F7C8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Program 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Projekt 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Manifestacija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Drugo</w:t>
            </w:r>
            <w:proofErr w:type="spellEnd"/>
            <w:r w:rsidRPr="00816F43">
              <w:rPr>
                <w:rFonts w:ascii="Arrus BT" w:hAnsi="Arrus BT"/>
                <w:sz w:val="18"/>
              </w:rPr>
              <w:t>: ________________</w:t>
            </w:r>
          </w:p>
        </w:tc>
      </w:tr>
      <w:tr w:rsidR="00C1082F" w:rsidRPr="00816F43" w14:paraId="5F0E4428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28A23A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Planirano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razdoblje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provedbe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E46BF4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Od: ___________________</w:t>
            </w:r>
            <w:proofErr w:type="gramStart"/>
            <w:r w:rsidRPr="00816F43">
              <w:rPr>
                <w:rFonts w:ascii="Arrus BT" w:hAnsi="Arrus BT"/>
                <w:sz w:val="18"/>
              </w:rPr>
              <w:t>_  Do</w:t>
            </w:r>
            <w:proofErr w:type="gramEnd"/>
            <w:r w:rsidRPr="00816F43">
              <w:rPr>
                <w:rFonts w:ascii="Arrus BT" w:hAnsi="Arrus BT"/>
                <w:sz w:val="18"/>
              </w:rPr>
              <w:t>: ____________________</w:t>
            </w:r>
          </w:p>
        </w:tc>
      </w:tr>
      <w:tr w:rsidR="00C1082F" w:rsidRPr="00816F43" w14:paraId="4513849B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59AE8A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Mjesto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provedbe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89AF3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1E11DA4B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D30DEB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Područje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provedbe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C9C184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Općina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Župa </w:t>
            </w:r>
            <w:proofErr w:type="gramStart"/>
            <w:r w:rsidRPr="00816F43">
              <w:rPr>
                <w:rFonts w:ascii="Arrus BT" w:hAnsi="Arrus BT"/>
                <w:sz w:val="18"/>
              </w:rPr>
              <w:t xml:space="preserve">dubrovačka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proofErr w:type="gramStart"/>
            <w:r w:rsidRPr="00816F43">
              <w:rPr>
                <w:rFonts w:ascii="Cambria" w:hAnsi="Cambria" w:cs="Cambria"/>
                <w:sz w:val="18"/>
              </w:rPr>
              <w:t>Ž</w:t>
            </w:r>
            <w:r w:rsidRPr="00816F43">
              <w:rPr>
                <w:rFonts w:ascii="Arrus BT" w:hAnsi="Arrus BT"/>
                <w:sz w:val="18"/>
              </w:rPr>
              <w:t>upanija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gramStart"/>
            <w:r w:rsidRPr="00816F43">
              <w:rPr>
                <w:rFonts w:ascii="Arrus BT" w:hAnsi="Arrus BT"/>
                <w:sz w:val="18"/>
              </w:rPr>
              <w:t xml:space="preserve">RH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Me</w:t>
            </w:r>
            <w:r w:rsidRPr="00816F43">
              <w:rPr>
                <w:rFonts w:ascii="Cambria" w:hAnsi="Cambria" w:cs="Cambria"/>
                <w:sz w:val="18"/>
              </w:rPr>
              <w:t>đ</w:t>
            </w:r>
            <w:r w:rsidRPr="00816F43">
              <w:rPr>
                <w:rFonts w:ascii="Arrus BT" w:hAnsi="Arrus BT"/>
                <w:sz w:val="18"/>
              </w:rPr>
              <w:t>unarodno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podru</w:t>
            </w:r>
            <w:r w:rsidRPr="00816F43">
              <w:rPr>
                <w:rFonts w:ascii="Cambria" w:hAnsi="Cambria" w:cs="Cambria"/>
                <w:sz w:val="18"/>
              </w:rPr>
              <w:t>č</w:t>
            </w:r>
            <w:r w:rsidRPr="00816F43">
              <w:rPr>
                <w:rFonts w:ascii="Arrus BT" w:hAnsi="Arrus BT"/>
                <w:sz w:val="18"/>
              </w:rPr>
              <w:t>je</w:t>
            </w:r>
            <w:proofErr w:type="spellEnd"/>
          </w:p>
        </w:tc>
      </w:tr>
      <w:tr w:rsidR="00C1082F" w:rsidRPr="00816F43" w14:paraId="25D95BC3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F0341B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Ukupna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vrijednost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programa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/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projekta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(EUR)</w:t>
            </w:r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0BC6DF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5BDD0275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A22055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Iznos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koji se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traži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od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Općine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(EUR)</w:t>
            </w:r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BF243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454436C6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B43059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Vlastita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sredstva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prijavitelja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(EUR)</w:t>
            </w:r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AFAB1C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0F629A7F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F62F75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Ostali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izvori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financiranja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(EUR)</w:t>
            </w:r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877A1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</w:tbl>
    <w:p w14:paraId="54CDB614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2"/>
        <w:gridCol w:w="5250"/>
      </w:tblGrid>
      <w:tr w:rsidR="00C1082F" w:rsidRPr="00816F43" w14:paraId="16EAAEBB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CF0317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Pitanje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podatak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AB683CB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Odgovor</w:t>
            </w:r>
            <w:proofErr w:type="spellEnd"/>
          </w:p>
        </w:tc>
      </w:tr>
      <w:tr w:rsidR="00C1082F" w:rsidRPr="00816F43" w14:paraId="3A4AFE70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3E0750" w14:textId="39B63800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Sažetak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programa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/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projekta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–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sadržaj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svrha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glavne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aktivnosti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očekivani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rezultati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63D76D" w14:textId="77777777" w:rsidR="000F3D87" w:rsidRPr="00816F43" w:rsidRDefault="000F3D87">
            <w:pPr>
              <w:spacing w:after="40"/>
              <w:rPr>
                <w:rFonts w:ascii="Arrus BT" w:hAnsi="Arrus BT" w:hint="eastAsia"/>
                <w:sz w:val="18"/>
              </w:rPr>
            </w:pPr>
          </w:p>
          <w:p w14:paraId="1A2FDAA0" w14:textId="77777777" w:rsidR="000F3D87" w:rsidRPr="00816F43" w:rsidRDefault="000F3D87">
            <w:pPr>
              <w:spacing w:after="40"/>
              <w:rPr>
                <w:rFonts w:ascii="Arrus BT" w:hAnsi="Arrus BT" w:hint="eastAsia"/>
                <w:sz w:val="18"/>
              </w:rPr>
            </w:pPr>
          </w:p>
          <w:p w14:paraId="1AAB5790" w14:textId="2F4C38E8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204F145E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0FE155" w14:textId="62EEF431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Detaljan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opis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programa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/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projekta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–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koncept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razlozi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kulturna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/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umjetnička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vrijednost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posebnosti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način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provedbe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60E056" w14:textId="77777777" w:rsidR="000F3D87" w:rsidRPr="00816F43" w:rsidRDefault="000F3D87">
            <w:pPr>
              <w:spacing w:after="40"/>
              <w:rPr>
                <w:rFonts w:ascii="Arrus BT" w:hAnsi="Arrus BT" w:hint="eastAsia"/>
                <w:sz w:val="18"/>
              </w:rPr>
            </w:pPr>
          </w:p>
          <w:p w14:paraId="084DF6AA" w14:textId="77777777" w:rsidR="000F3D87" w:rsidRPr="00816F43" w:rsidRDefault="000F3D87">
            <w:pPr>
              <w:spacing w:after="40"/>
              <w:rPr>
                <w:rFonts w:ascii="Arrus BT" w:hAnsi="Arrus BT" w:hint="eastAsia"/>
                <w:sz w:val="18"/>
              </w:rPr>
            </w:pPr>
          </w:p>
          <w:p w14:paraId="7E446120" w14:textId="668B47CA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5788B0DB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CD2AD9" w14:textId="6FE459F4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Problem,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potreba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ili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prilika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–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prepoznata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kulturna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potreba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važnost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za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lokalnu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zajednicu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ciljane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skupine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1D327A" w14:textId="77777777" w:rsidR="000F3D87" w:rsidRPr="00816F43" w:rsidRDefault="000F3D87">
            <w:pPr>
              <w:spacing w:after="40"/>
              <w:rPr>
                <w:rFonts w:ascii="Arrus BT" w:hAnsi="Arrus BT" w:hint="eastAsia"/>
                <w:sz w:val="18"/>
              </w:rPr>
            </w:pPr>
          </w:p>
          <w:p w14:paraId="49191D7C" w14:textId="77777777" w:rsidR="000F3D87" w:rsidRPr="00816F43" w:rsidRDefault="000F3D87">
            <w:pPr>
              <w:spacing w:after="40"/>
              <w:rPr>
                <w:rFonts w:ascii="Arrus BT" w:hAnsi="Arrus BT" w:hint="eastAsia"/>
                <w:sz w:val="18"/>
              </w:rPr>
            </w:pPr>
          </w:p>
          <w:p w14:paraId="1DF1925D" w14:textId="3B265860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</w:tbl>
    <w:p w14:paraId="31F5AECE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C1082F" w:rsidRPr="00816F43" w14:paraId="63BCFFA4" w14:textId="77777777">
        <w:trPr>
          <w:jc w:val="center"/>
        </w:trPr>
        <w:tc>
          <w:tcPr>
            <w:tcW w:w="10512" w:type="dxa"/>
            <w:shd w:val="clear" w:color="auto" w:fill="164E6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93FE83B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24"/>
              </w:rPr>
              <w:t>III. KVALITETA, IZVORNOST I INOVATIVNOST</w:t>
            </w:r>
          </w:p>
        </w:tc>
      </w:tr>
    </w:tbl>
    <w:p w14:paraId="64A8191B" w14:textId="7CD116D8" w:rsidR="00C1082F" w:rsidRPr="00816F43" w:rsidRDefault="003809D0">
      <w:pPr>
        <w:pStyle w:val="Naslov2"/>
        <w:rPr>
          <w:rFonts w:ascii="Arrus BT" w:hAnsi="Arrus BT" w:hint="eastAsia"/>
        </w:rPr>
      </w:pPr>
      <w:r>
        <w:rPr>
          <w:rFonts w:ascii="Arrus BT" w:hAnsi="Arrus BT"/>
        </w:rPr>
        <w:t>4</w:t>
      </w:r>
      <w:r w:rsidRPr="00816F43">
        <w:rPr>
          <w:rFonts w:ascii="Arrus BT" w:hAnsi="Arrus BT"/>
        </w:rPr>
        <w:t xml:space="preserve">. </w:t>
      </w:r>
      <w:proofErr w:type="spellStart"/>
      <w:r w:rsidRPr="00816F43">
        <w:rPr>
          <w:rFonts w:ascii="Arrus BT" w:hAnsi="Arrus BT"/>
        </w:rPr>
        <w:t>Umjetnička</w:t>
      </w:r>
      <w:proofErr w:type="spellEnd"/>
      <w:r w:rsidRPr="00816F43">
        <w:rPr>
          <w:rFonts w:ascii="Arrus BT" w:hAnsi="Arrus BT"/>
        </w:rPr>
        <w:t xml:space="preserve">, </w:t>
      </w:r>
      <w:proofErr w:type="spellStart"/>
      <w:r w:rsidRPr="00816F43">
        <w:rPr>
          <w:rFonts w:ascii="Arrus BT" w:hAnsi="Arrus BT"/>
        </w:rPr>
        <w:t>kulturna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edukativna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vrijednost</w:t>
      </w:r>
      <w:proofErr w:type="spellEnd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C1082F" w:rsidRPr="00816F43" w14:paraId="250E7D36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FD81B8B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Pitanje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podatak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A56B34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Odgovor</w:t>
            </w:r>
            <w:proofErr w:type="spellEnd"/>
          </w:p>
        </w:tc>
      </w:tr>
      <w:tr w:rsidR="00C1082F" w:rsidRPr="00816F43" w14:paraId="1E91A49D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E659DC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Glavne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umjetničke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kulturne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ili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edukativne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vrijednosti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120D37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355F8812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64E643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Po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čemu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se program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ističe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u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odnosu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slične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aktivnosti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?</w:t>
            </w:r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E28044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4D0231A0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F3EC7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Novi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pristupi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kreativna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rješenja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ili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inovativne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metode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rada</w:t>
            </w:r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C24C9F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6342BAB9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36940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Doprinos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očuvanju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predstavljanju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ili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razvoju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kulturne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baštine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suvremenog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stvaralaštva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D8ABC7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</w:tbl>
    <w:p w14:paraId="12022559" w14:textId="77777777" w:rsidR="00C1082F" w:rsidRDefault="00C1082F">
      <w:pPr>
        <w:spacing w:after="20"/>
        <w:rPr>
          <w:rFonts w:ascii="Arrus BT" w:hAnsi="Arrus BT" w:hint="eastAsia"/>
        </w:rPr>
      </w:pPr>
    </w:p>
    <w:p w14:paraId="742CA98C" w14:textId="77777777" w:rsidR="00816F43" w:rsidRPr="00816F43" w:rsidRDefault="00816F43">
      <w:pPr>
        <w:spacing w:after="20"/>
        <w:rPr>
          <w:rFonts w:ascii="Arrus BT" w:hAnsi="Arrus BT" w:hint="eastAsia"/>
        </w:rPr>
      </w:pPr>
    </w:p>
    <w:p w14:paraId="775F8E83" w14:textId="7D48EC4D" w:rsidR="00C1082F" w:rsidRPr="00816F43" w:rsidRDefault="003809D0">
      <w:pPr>
        <w:pStyle w:val="Naslov2"/>
        <w:rPr>
          <w:rFonts w:ascii="Arrus BT" w:hAnsi="Arrus BT" w:hint="eastAsia"/>
        </w:rPr>
      </w:pPr>
      <w:r>
        <w:rPr>
          <w:rFonts w:ascii="Arrus BT" w:hAnsi="Arrus BT"/>
        </w:rPr>
        <w:lastRenderedPageBreak/>
        <w:t>5</w:t>
      </w:r>
      <w:r w:rsidRPr="00816F43">
        <w:rPr>
          <w:rFonts w:ascii="Arrus BT" w:hAnsi="Arrus BT"/>
        </w:rPr>
        <w:t xml:space="preserve">. </w:t>
      </w:r>
      <w:proofErr w:type="spellStart"/>
      <w:r w:rsidRPr="00816F43">
        <w:rPr>
          <w:rFonts w:ascii="Arrus BT" w:hAnsi="Arrus BT"/>
        </w:rPr>
        <w:t>Ciljevi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programa</w:t>
      </w:r>
      <w:proofErr w:type="spellEnd"/>
      <w:r w:rsidRPr="00816F43">
        <w:rPr>
          <w:rFonts w:ascii="Arrus BT" w:hAnsi="Arrus BT"/>
        </w:rPr>
        <w:t>/</w:t>
      </w:r>
      <w:proofErr w:type="spellStart"/>
      <w:r w:rsidRPr="00816F43">
        <w:rPr>
          <w:rFonts w:ascii="Arrus BT" w:hAnsi="Arrus BT"/>
        </w:rPr>
        <w:t>projekta</w:t>
      </w:r>
      <w:proofErr w:type="spellEnd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C1082F" w:rsidRPr="00816F43" w14:paraId="13029ED8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7EB26DC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Pitanje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podatak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3E95B9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Odgovor</w:t>
            </w:r>
            <w:proofErr w:type="spellEnd"/>
          </w:p>
        </w:tc>
      </w:tr>
      <w:tr w:rsidR="00C1082F" w:rsidRPr="00816F43" w14:paraId="25DDEEC0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9486A1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Opći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cilj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FDCE3D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368E37FD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1D0781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Posebni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cilj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1 –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konkretan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mjerljiv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B5ABD7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62ACB363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06B96F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Posebni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cilj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2 –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konkretan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mjerljiv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04869A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7ED2FE65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6AB6F5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Posebni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cilj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3 –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konkretan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mjerljiv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F98E41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</w:tbl>
    <w:p w14:paraId="7F765E07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p w14:paraId="7B021DC3" w14:textId="5E928E21" w:rsidR="00C1082F" w:rsidRPr="00816F43" w:rsidRDefault="003809D0">
      <w:pPr>
        <w:pStyle w:val="Naslov2"/>
        <w:rPr>
          <w:rFonts w:ascii="Arrus BT" w:hAnsi="Arrus BT" w:hint="eastAsia"/>
        </w:rPr>
      </w:pPr>
      <w:r>
        <w:rPr>
          <w:rFonts w:ascii="Arrus BT" w:hAnsi="Arrus BT"/>
        </w:rPr>
        <w:t>6</w:t>
      </w:r>
      <w:r w:rsidRPr="00816F43">
        <w:rPr>
          <w:rFonts w:ascii="Arrus BT" w:hAnsi="Arrus BT"/>
        </w:rPr>
        <w:t xml:space="preserve">. </w:t>
      </w:r>
      <w:proofErr w:type="spellStart"/>
      <w:r w:rsidRPr="00816F43">
        <w:rPr>
          <w:rFonts w:ascii="Arrus BT" w:hAnsi="Arrus BT"/>
        </w:rPr>
        <w:t>Planirane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aktivnosti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vremenski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raspored</w:t>
      </w:r>
      <w:proofErr w:type="spellEnd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624"/>
        <w:gridCol w:w="2626"/>
        <w:gridCol w:w="2626"/>
        <w:gridCol w:w="2626"/>
      </w:tblGrid>
      <w:tr w:rsidR="00C1082F" w:rsidRPr="00816F43" w14:paraId="328F2D99" w14:textId="77777777">
        <w:trPr>
          <w:jc w:val="center"/>
        </w:trPr>
        <w:tc>
          <w:tcPr>
            <w:tcW w:w="2628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B3CBF59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Aktivnost</w:t>
            </w:r>
            <w:proofErr w:type="spellEnd"/>
          </w:p>
        </w:tc>
        <w:tc>
          <w:tcPr>
            <w:tcW w:w="2628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4857667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Opis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aktivnosti</w:t>
            </w:r>
            <w:proofErr w:type="spellEnd"/>
          </w:p>
        </w:tc>
        <w:tc>
          <w:tcPr>
            <w:tcW w:w="2628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1C0252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Razdoblje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provedbe</w:t>
            </w:r>
            <w:proofErr w:type="spellEnd"/>
          </w:p>
        </w:tc>
        <w:tc>
          <w:tcPr>
            <w:tcW w:w="2628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091C068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Očekivani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rezultat</w:t>
            </w:r>
            <w:proofErr w:type="spellEnd"/>
          </w:p>
        </w:tc>
      </w:tr>
      <w:tr w:rsidR="00C1082F" w:rsidRPr="00816F43" w14:paraId="6D2CC0BA" w14:textId="77777777">
        <w:trPr>
          <w:jc w:val="center"/>
        </w:trPr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D51BED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1.</w:t>
            </w: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9D28AB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2DEC3C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CC718A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5A7C8475" w14:textId="77777777">
        <w:trPr>
          <w:jc w:val="center"/>
        </w:trPr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EA9AAD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2.</w:t>
            </w: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3CC979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09ECA4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C82692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6E18317A" w14:textId="77777777">
        <w:trPr>
          <w:jc w:val="center"/>
        </w:trPr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F2590A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3.</w:t>
            </w: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4EBAFC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68342F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A6B26F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50896FE2" w14:textId="77777777">
        <w:trPr>
          <w:jc w:val="center"/>
        </w:trPr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2F05CA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4.</w:t>
            </w: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FDE295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EA63EA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07F687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</w:tbl>
    <w:p w14:paraId="43961EF2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p w14:paraId="712E0EB1" w14:textId="60921CC6" w:rsidR="00C1082F" w:rsidRPr="00816F43" w:rsidRDefault="003809D0">
      <w:pPr>
        <w:pStyle w:val="Naslov2"/>
        <w:rPr>
          <w:rFonts w:ascii="Arrus BT" w:hAnsi="Arrus BT" w:hint="eastAsia"/>
        </w:rPr>
      </w:pPr>
      <w:r>
        <w:rPr>
          <w:rFonts w:ascii="Arrus BT" w:hAnsi="Arrus BT"/>
        </w:rPr>
        <w:t>7</w:t>
      </w:r>
      <w:r w:rsidRPr="00816F43">
        <w:rPr>
          <w:rFonts w:ascii="Arrus BT" w:hAnsi="Arrus BT"/>
        </w:rPr>
        <w:t xml:space="preserve">. </w:t>
      </w:r>
      <w:proofErr w:type="spellStart"/>
      <w:r w:rsidRPr="00816F43">
        <w:rPr>
          <w:rFonts w:ascii="Arrus BT" w:hAnsi="Arrus BT"/>
        </w:rPr>
        <w:t>Očekivani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rezultati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pokazatelji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uspješnosti</w:t>
      </w:r>
      <w:proofErr w:type="spellEnd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C1082F" w:rsidRPr="00816F43" w14:paraId="049AD3FA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F681E8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Pokazatelj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E26073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Planirana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vrijednost</w:t>
            </w:r>
            <w:proofErr w:type="spellEnd"/>
          </w:p>
        </w:tc>
      </w:tr>
      <w:tr w:rsidR="00C1082F" w:rsidRPr="00816F43" w14:paraId="0D78CCA6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C2DA23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Broj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događanja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ili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aktivnosti</w:t>
            </w:r>
            <w:proofErr w:type="spellEnd"/>
          </w:p>
        </w:tc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375305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2A365F67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4FAA02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Broj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sudionika</w:t>
            </w:r>
            <w:proofErr w:type="spellEnd"/>
            <w:r w:rsidRPr="00816F43">
              <w:rPr>
                <w:rFonts w:ascii="Arrus BT" w:hAnsi="Arrus BT"/>
                <w:sz w:val="18"/>
              </w:rPr>
              <w:t>/</w:t>
            </w:r>
            <w:proofErr w:type="spellStart"/>
            <w:r w:rsidRPr="00816F43">
              <w:rPr>
                <w:rFonts w:ascii="Arrus BT" w:hAnsi="Arrus BT"/>
                <w:sz w:val="18"/>
              </w:rPr>
              <w:t>korisnika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3A074A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026BFDB9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F6AAC5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Broj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izvođača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sz w:val="18"/>
              </w:rPr>
              <w:t>autora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ili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suradnika</w:t>
            </w:r>
            <w:proofErr w:type="spellEnd"/>
          </w:p>
        </w:tc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01F6F5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06E3B48E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F1537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Broj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radionica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ili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edukativnih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aktivnosti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1AB020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696B3156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925638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Broj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ostalih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očekivanih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rezultata</w:t>
            </w:r>
            <w:proofErr w:type="spellEnd"/>
          </w:p>
        </w:tc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0289BE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</w:tbl>
    <w:p w14:paraId="50509EFC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C1082F" w:rsidRPr="00816F43" w14:paraId="371ABE95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F01538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Pitanje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podatak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86ADFDB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Odgovor</w:t>
            </w:r>
            <w:proofErr w:type="spellEnd"/>
          </w:p>
        </w:tc>
      </w:tr>
      <w:tr w:rsidR="00C1082F" w:rsidRPr="00816F43" w14:paraId="7EAE6947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0E34DF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Dodatno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obrazloženje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pokazatelja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uspješnosti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0F013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</w:tbl>
    <w:p w14:paraId="0409C1F5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C1082F" w:rsidRPr="00816F43" w14:paraId="2E509E3D" w14:textId="77777777">
        <w:trPr>
          <w:jc w:val="center"/>
        </w:trPr>
        <w:tc>
          <w:tcPr>
            <w:tcW w:w="10512" w:type="dxa"/>
            <w:shd w:val="clear" w:color="auto" w:fill="164E6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5627C8B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24"/>
              </w:rPr>
              <w:t>IV. ZNAČAJ ZA OPĆINU ŽUPA DUBROVAČKA</w:t>
            </w:r>
          </w:p>
        </w:tc>
      </w:tr>
    </w:tbl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C1082F" w:rsidRPr="00816F43" w14:paraId="176C933F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5D35769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Pitanje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podatak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CD3B65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Odgovor</w:t>
            </w:r>
            <w:proofErr w:type="spellEnd"/>
          </w:p>
        </w:tc>
      </w:tr>
      <w:tr w:rsidR="00C1082F" w:rsidRPr="00816F43" w14:paraId="42AA0A9D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598D9C" w14:textId="53A2372D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Doprinos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razvoju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kulturne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ponude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Općine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–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kulturni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život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dostupnost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sadržaja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uključivanje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stanovnika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lokalni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identitet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9A7C93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5212872F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660294" w14:textId="5D13EBD0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Lokalna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relevantnost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dostupnost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–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uključivanje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stanovnika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dobne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skupine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različite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mogućnosti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mjesto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provedbe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vidljivost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lokalne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kulture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/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baštine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7D9D91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</w:tbl>
    <w:p w14:paraId="2BD9092A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C1082F" w:rsidRPr="00816F43" w14:paraId="289012C1" w14:textId="77777777">
        <w:trPr>
          <w:jc w:val="center"/>
        </w:trPr>
        <w:tc>
          <w:tcPr>
            <w:tcW w:w="10512" w:type="dxa"/>
            <w:shd w:val="clear" w:color="auto" w:fill="164E6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0416A19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24"/>
              </w:rPr>
              <w:t>V. STRUČNE I UMJETNIČKE REFERENCE</w:t>
            </w:r>
          </w:p>
        </w:tc>
      </w:tr>
    </w:tbl>
    <w:p w14:paraId="3A2C4F81" w14:textId="253D7C96" w:rsidR="00C1082F" w:rsidRPr="00816F43" w:rsidRDefault="003809D0">
      <w:pPr>
        <w:pStyle w:val="Naslov2"/>
        <w:rPr>
          <w:rFonts w:ascii="Arrus BT" w:hAnsi="Arrus BT" w:hint="eastAsia"/>
        </w:rPr>
      </w:pPr>
      <w:r>
        <w:rPr>
          <w:rFonts w:ascii="Arrus BT" w:hAnsi="Arrus BT"/>
        </w:rPr>
        <w:t>8</w:t>
      </w:r>
      <w:r w:rsidRPr="00816F43">
        <w:rPr>
          <w:rFonts w:ascii="Arrus BT" w:hAnsi="Arrus BT"/>
        </w:rPr>
        <w:t xml:space="preserve">. </w:t>
      </w:r>
      <w:proofErr w:type="spellStart"/>
      <w:r w:rsidRPr="00816F43">
        <w:rPr>
          <w:rFonts w:ascii="Arrus BT" w:hAnsi="Arrus BT"/>
        </w:rPr>
        <w:t>Voditelj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programa</w:t>
      </w:r>
      <w:proofErr w:type="spellEnd"/>
      <w:r w:rsidRPr="00816F43">
        <w:rPr>
          <w:rFonts w:ascii="Arrus BT" w:hAnsi="Arrus BT"/>
        </w:rPr>
        <w:t>/</w:t>
      </w:r>
      <w:proofErr w:type="spellStart"/>
      <w:r w:rsidRPr="00816F43">
        <w:rPr>
          <w:rFonts w:ascii="Arrus BT" w:hAnsi="Arrus BT"/>
        </w:rPr>
        <w:t>projekta</w:t>
      </w:r>
      <w:proofErr w:type="spellEnd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2"/>
        <w:gridCol w:w="5250"/>
      </w:tblGrid>
      <w:tr w:rsidR="00C1082F" w:rsidRPr="00816F43" w14:paraId="59D38A26" w14:textId="77777777" w:rsidTr="00AC4974">
        <w:trPr>
          <w:jc w:val="center"/>
        </w:trPr>
        <w:tc>
          <w:tcPr>
            <w:tcW w:w="5252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F2D616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Pitanje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podatak</w:t>
            </w:r>
            <w:proofErr w:type="spellEnd"/>
          </w:p>
        </w:tc>
        <w:tc>
          <w:tcPr>
            <w:tcW w:w="5250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0BFC1C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Odgovor</w:t>
            </w:r>
            <w:proofErr w:type="spellEnd"/>
          </w:p>
        </w:tc>
      </w:tr>
      <w:tr w:rsidR="00C1082F" w:rsidRPr="00816F43" w14:paraId="72649625" w14:textId="77777777" w:rsidTr="00AC4974">
        <w:trPr>
          <w:jc w:val="center"/>
        </w:trPr>
        <w:tc>
          <w:tcPr>
            <w:tcW w:w="52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67B4B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Ime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prezime</w:t>
            </w:r>
            <w:proofErr w:type="spellEnd"/>
          </w:p>
        </w:tc>
        <w:tc>
          <w:tcPr>
            <w:tcW w:w="5250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8B9875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489533B5" w14:textId="77777777" w:rsidTr="00AC4974">
        <w:trPr>
          <w:jc w:val="center"/>
        </w:trPr>
        <w:tc>
          <w:tcPr>
            <w:tcW w:w="5252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E0FAE3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Uloga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u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programu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/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projektu</w:t>
            </w:r>
            <w:proofErr w:type="spellEnd"/>
          </w:p>
        </w:tc>
        <w:tc>
          <w:tcPr>
            <w:tcW w:w="5250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058A3E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057D40EE" w14:textId="77777777" w:rsidTr="00AC4974">
        <w:trPr>
          <w:jc w:val="center"/>
        </w:trPr>
        <w:tc>
          <w:tcPr>
            <w:tcW w:w="52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ED6FA9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Stručna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sprema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obrazovanje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relevantne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kvalifikacije</w:t>
            </w:r>
            <w:proofErr w:type="spellEnd"/>
          </w:p>
        </w:tc>
        <w:tc>
          <w:tcPr>
            <w:tcW w:w="5250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E1761F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7EB490DD" w14:textId="77777777" w:rsidTr="00AC4974">
        <w:trPr>
          <w:jc w:val="center"/>
        </w:trPr>
        <w:tc>
          <w:tcPr>
            <w:tcW w:w="5252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30B0BF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Relevantno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profesionalno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iskustvo</w:t>
            </w:r>
            <w:proofErr w:type="spellEnd"/>
          </w:p>
        </w:tc>
        <w:tc>
          <w:tcPr>
            <w:tcW w:w="5250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F9516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60C0E5A7" w14:textId="77777777" w:rsidTr="00AC4974">
        <w:trPr>
          <w:jc w:val="center"/>
        </w:trPr>
        <w:tc>
          <w:tcPr>
            <w:tcW w:w="52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26742E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Najvažnije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stručne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ili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umjetničke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reference</w:t>
            </w:r>
          </w:p>
        </w:tc>
        <w:tc>
          <w:tcPr>
            <w:tcW w:w="5250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43F955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AC4974" w:rsidRPr="00816F43" w14:paraId="17B55478" w14:textId="77777777" w:rsidTr="00AC4974">
        <w:trPr>
          <w:jc w:val="center"/>
        </w:trPr>
        <w:tc>
          <w:tcPr>
            <w:tcW w:w="525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763C36" w14:textId="09DF9243" w:rsidR="00AC4974" w:rsidRPr="00AC4974" w:rsidRDefault="00AC4974" w:rsidP="00AC4974">
            <w:pPr>
              <w:spacing w:line="360" w:lineRule="auto"/>
              <w:jc w:val="both"/>
              <w:rPr>
                <w:rFonts w:ascii="Arrus BT" w:hAnsi="Arrus BT" w:hint="eastAsia"/>
                <w:b/>
                <w:sz w:val="18"/>
              </w:rPr>
            </w:pPr>
            <w:proofErr w:type="spellStart"/>
            <w:r>
              <w:rPr>
                <w:rFonts w:ascii="Arrus BT" w:hAnsi="Arrus BT"/>
                <w:b/>
                <w:sz w:val="18"/>
              </w:rPr>
              <w:t>Ž</w:t>
            </w:r>
            <w:r w:rsidRPr="00AC4974">
              <w:rPr>
                <w:rFonts w:ascii="Arrus BT" w:hAnsi="Arrus BT"/>
                <w:b/>
                <w:sz w:val="18"/>
              </w:rPr>
              <w:t>ivotopis</w:t>
            </w:r>
            <w:proofErr w:type="spellEnd"/>
            <w:r>
              <w:rPr>
                <w:rFonts w:ascii="Arrus BT" w:hAnsi="Arrus BT"/>
                <w:b/>
                <w:sz w:val="18"/>
              </w:rPr>
              <w:t xml:space="preserve">- </w:t>
            </w:r>
            <w:proofErr w:type="spellStart"/>
            <w:r>
              <w:rPr>
                <w:rFonts w:ascii="Arrus BT" w:hAnsi="Arrus BT"/>
                <w:b/>
                <w:sz w:val="18"/>
              </w:rPr>
              <w:t>priložiti</w:t>
            </w:r>
            <w:proofErr w:type="spellEnd"/>
            <w:r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>
              <w:rPr>
                <w:rFonts w:ascii="Arrus BT" w:hAnsi="Arrus BT"/>
                <w:b/>
                <w:sz w:val="18"/>
              </w:rPr>
              <w:t>uz</w:t>
            </w:r>
            <w:proofErr w:type="spellEnd"/>
            <w:r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>
              <w:rPr>
                <w:rFonts w:ascii="Arrus BT" w:hAnsi="Arrus BT"/>
                <w:b/>
                <w:sz w:val="18"/>
              </w:rPr>
              <w:t>obrazac</w:t>
            </w:r>
            <w:proofErr w:type="spellEnd"/>
          </w:p>
          <w:p w14:paraId="4CE80DD8" w14:textId="77777777" w:rsidR="00AC4974" w:rsidRPr="00816F43" w:rsidRDefault="00AC4974">
            <w:pPr>
              <w:spacing w:after="40"/>
              <w:rPr>
                <w:rFonts w:ascii="Arrus BT" w:hAnsi="Arrus BT" w:hint="eastAsia"/>
                <w:b/>
                <w:sz w:val="18"/>
              </w:rPr>
            </w:pPr>
          </w:p>
        </w:tc>
        <w:tc>
          <w:tcPr>
            <w:tcW w:w="5250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67F1D4" w14:textId="77777777" w:rsidR="00AC4974" w:rsidRPr="00816F43" w:rsidRDefault="00AC4974">
            <w:pPr>
              <w:spacing w:after="40"/>
              <w:rPr>
                <w:rFonts w:ascii="Arrus BT" w:hAnsi="Arrus BT" w:hint="eastAsia"/>
                <w:sz w:val="18"/>
              </w:rPr>
            </w:pPr>
          </w:p>
        </w:tc>
      </w:tr>
    </w:tbl>
    <w:p w14:paraId="63372536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p w14:paraId="3F3D1553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C1082F" w:rsidRPr="00816F43" w14:paraId="1B87284A" w14:textId="77777777">
        <w:trPr>
          <w:jc w:val="center"/>
        </w:trPr>
        <w:tc>
          <w:tcPr>
            <w:tcW w:w="10512" w:type="dxa"/>
            <w:shd w:val="clear" w:color="auto" w:fill="164E6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567D5F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24"/>
              </w:rPr>
              <w:t>VI. DOSADAŠNJI RAD I ISKUSTVO PRIJAVITELJA</w:t>
            </w:r>
          </w:p>
        </w:tc>
      </w:tr>
    </w:tbl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2"/>
        <w:gridCol w:w="5250"/>
      </w:tblGrid>
      <w:tr w:rsidR="00C1082F" w:rsidRPr="00816F43" w14:paraId="61EAF360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B215907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Pitanje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podatak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613996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Odgovor</w:t>
            </w:r>
            <w:proofErr w:type="spellEnd"/>
          </w:p>
        </w:tc>
      </w:tr>
      <w:tr w:rsidR="00C1082F" w:rsidRPr="00816F43" w14:paraId="45C606DA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879972" w14:textId="6F5830F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Dosadašnji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rezultati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–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najvažniji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programi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/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projekti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rezultati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uspjesi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priznanja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broj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sudionika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/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korisnika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166FA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69C5144A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01A0FA" w14:textId="733D9ADC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Je li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prijavitelj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ranije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provodio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sličan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program/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projekt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?</w:t>
            </w:r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89711C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DA 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NE</w:t>
            </w:r>
          </w:p>
        </w:tc>
      </w:tr>
      <w:tr w:rsidR="00C1082F" w:rsidRPr="00816F43" w14:paraId="544253E2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A841E9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Ako jest,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navedite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razdoblje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glavne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rezultate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iskustva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koja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će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se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primijeniti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F5581D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2B1F09B3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98EEFB" w14:textId="5805E92D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Je li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prijavljeni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program/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projekt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nastavak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ranije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aktivnosti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?</w:t>
            </w:r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14B98B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DA 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NE</w:t>
            </w:r>
          </w:p>
        </w:tc>
      </w:tr>
      <w:tr w:rsidR="00C1082F" w:rsidRPr="00816F43" w14:paraId="3E2BADFD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C3E9C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Ako jest, od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koje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se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godine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provodi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?</w:t>
            </w:r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EC3149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1021ADA3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BE8F0A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Rezultati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ostvareni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u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prethodnim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godinama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823B17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4E563EE0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0EF63E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Kako se novi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ciklus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nadovezuje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prethodni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?</w:t>
            </w:r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0992ED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3A85142C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B6FABA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Planirane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novosti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poboljšanja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ili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razvojni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koraci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BDAC3A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4DFADA0A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63B36E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Ako je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riječ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o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novom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programu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navedite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dugoročnu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vrijednost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mogućnost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nastavka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/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razvoja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E7357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</w:tbl>
    <w:p w14:paraId="2B8B9A4F" w14:textId="77777777" w:rsidR="00C1082F" w:rsidRDefault="00C1082F">
      <w:pPr>
        <w:spacing w:after="20"/>
        <w:rPr>
          <w:rFonts w:ascii="Arrus BT" w:hAnsi="Arrus BT" w:hint="eastAsia"/>
        </w:rPr>
      </w:pPr>
    </w:p>
    <w:p w14:paraId="2A9C09EA" w14:textId="77777777" w:rsidR="003809D0" w:rsidRDefault="003809D0">
      <w:pPr>
        <w:spacing w:after="20"/>
        <w:rPr>
          <w:rFonts w:ascii="Arrus BT" w:hAnsi="Arrus BT" w:hint="eastAsia"/>
        </w:rPr>
      </w:pPr>
    </w:p>
    <w:p w14:paraId="71AB20DA" w14:textId="77777777" w:rsidR="003809D0" w:rsidRDefault="003809D0">
      <w:pPr>
        <w:spacing w:after="20"/>
        <w:rPr>
          <w:rFonts w:ascii="Arrus BT" w:hAnsi="Arrus BT" w:hint="eastAsia"/>
        </w:rPr>
      </w:pPr>
    </w:p>
    <w:p w14:paraId="37DD9C21" w14:textId="77777777" w:rsidR="003809D0" w:rsidRDefault="003809D0">
      <w:pPr>
        <w:spacing w:after="20"/>
        <w:rPr>
          <w:rFonts w:ascii="Arrus BT" w:hAnsi="Arrus BT" w:hint="eastAsia"/>
        </w:rPr>
      </w:pPr>
    </w:p>
    <w:p w14:paraId="72892AD5" w14:textId="77777777" w:rsidR="003809D0" w:rsidRDefault="003809D0">
      <w:pPr>
        <w:spacing w:after="20"/>
        <w:rPr>
          <w:rFonts w:ascii="Arrus BT" w:hAnsi="Arrus BT" w:hint="eastAsia"/>
        </w:rPr>
      </w:pPr>
    </w:p>
    <w:p w14:paraId="28FCCDA4" w14:textId="77777777" w:rsidR="003809D0" w:rsidRPr="00816F43" w:rsidRDefault="003809D0">
      <w:pPr>
        <w:spacing w:after="20"/>
        <w:rPr>
          <w:rFonts w:ascii="Arrus BT" w:hAnsi="Arrus BT"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C1082F" w:rsidRPr="00816F43" w14:paraId="431A4A3B" w14:textId="77777777">
        <w:trPr>
          <w:jc w:val="center"/>
        </w:trPr>
        <w:tc>
          <w:tcPr>
            <w:tcW w:w="10512" w:type="dxa"/>
            <w:shd w:val="clear" w:color="auto" w:fill="164E6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5AB990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24"/>
              </w:rPr>
              <w:t>VII. PUBLIKA, JAVNOST I KOMUNIKACIJA</w:t>
            </w:r>
          </w:p>
        </w:tc>
      </w:tr>
    </w:tbl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C1082F" w:rsidRPr="00816F43" w14:paraId="2C4EAF80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9E851C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Pitanje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podatak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656E8B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Odgovor</w:t>
            </w:r>
            <w:proofErr w:type="spellEnd"/>
          </w:p>
        </w:tc>
      </w:tr>
      <w:tr w:rsidR="00C1082F" w:rsidRPr="00816F43" w14:paraId="0A664F7F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F95A5" w14:textId="5FCBE975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Ciljane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skupine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0CB41C" w14:textId="37889404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proofErr w:type="gramStart"/>
            <w:r w:rsidRPr="00816F43">
              <w:rPr>
                <w:rFonts w:ascii="Arrus BT" w:hAnsi="Arrus BT"/>
                <w:sz w:val="18"/>
              </w:rPr>
              <w:t>Djeca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proofErr w:type="gramStart"/>
            <w:r w:rsidRPr="00816F43">
              <w:rPr>
                <w:rFonts w:ascii="Arrus BT" w:hAnsi="Arrus BT"/>
                <w:sz w:val="18"/>
              </w:rPr>
              <w:t>Mladi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proofErr w:type="gramStart"/>
            <w:r w:rsidRPr="00816F43">
              <w:rPr>
                <w:rFonts w:ascii="Arrus BT" w:hAnsi="Arrus BT"/>
                <w:sz w:val="18"/>
              </w:rPr>
              <w:t>Odrasli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Starije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proofErr w:type="gramStart"/>
            <w:r w:rsidRPr="00816F43">
              <w:rPr>
                <w:rFonts w:ascii="Arrus BT" w:hAnsi="Arrus BT"/>
                <w:sz w:val="18"/>
              </w:rPr>
              <w:t>osobe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proofErr w:type="gramStart"/>
            <w:r w:rsidRPr="00816F43">
              <w:rPr>
                <w:rFonts w:ascii="Arrus BT" w:hAnsi="Arrus BT"/>
                <w:sz w:val="18"/>
              </w:rPr>
              <w:t>Obitelji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proofErr w:type="spellStart"/>
            <w:proofErr w:type="gramEnd"/>
            <w:r w:rsidRPr="00816F43">
              <w:rPr>
                <w:rFonts w:ascii="Arrus BT" w:hAnsi="Arrus BT"/>
                <w:sz w:val="18"/>
              </w:rPr>
              <w:t>Kulturni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umjetni</w:t>
            </w:r>
            <w:r w:rsidRPr="00816F43">
              <w:rPr>
                <w:rFonts w:ascii="Cambria" w:hAnsi="Cambria" w:cs="Cambria"/>
                <w:sz w:val="18"/>
              </w:rPr>
              <w:t>č</w:t>
            </w:r>
            <w:r w:rsidRPr="00816F43">
              <w:rPr>
                <w:rFonts w:ascii="Arrus BT" w:hAnsi="Arrus BT"/>
                <w:sz w:val="18"/>
              </w:rPr>
              <w:t>ki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proofErr w:type="gramStart"/>
            <w:r w:rsidRPr="00816F43">
              <w:rPr>
                <w:rFonts w:ascii="Arrus BT" w:hAnsi="Arrus BT"/>
                <w:sz w:val="18"/>
              </w:rPr>
              <w:t>djelatnici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Posjetitelji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proofErr w:type="gramStart"/>
            <w:r w:rsidRPr="00816F43">
              <w:rPr>
                <w:rFonts w:ascii="Arrus BT" w:hAnsi="Arrus BT"/>
                <w:sz w:val="18"/>
              </w:rPr>
              <w:t>turisti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proofErr w:type="gram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Drugo</w:t>
            </w:r>
            <w:proofErr w:type="spellEnd"/>
            <w:r w:rsidRPr="00816F43">
              <w:rPr>
                <w:rFonts w:ascii="Arrus BT" w:hAnsi="Arrus BT"/>
                <w:sz w:val="18"/>
              </w:rPr>
              <w:t>: __________</w:t>
            </w:r>
          </w:p>
        </w:tc>
      </w:tr>
      <w:tr w:rsidR="00C1082F" w:rsidRPr="00816F43" w14:paraId="70C8CBA8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046CE4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Detaljniji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opis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ciljane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publike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D231AE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573A8560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39D800" w14:textId="57FB826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Plan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razvoja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publike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–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privlačenje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publike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sudjelovanje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dostupnost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uključivanje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osoba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koje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rjeđe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sudjeluju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u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kulturi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206E7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</w:tbl>
    <w:p w14:paraId="7B1B8BEA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p w14:paraId="6AD37A41" w14:textId="10A2A2B7" w:rsidR="00C1082F" w:rsidRPr="00816F43" w:rsidRDefault="003809D0">
      <w:pPr>
        <w:pStyle w:val="Naslov2"/>
        <w:rPr>
          <w:rFonts w:ascii="Arrus BT" w:hAnsi="Arrus BT" w:hint="eastAsia"/>
        </w:rPr>
      </w:pPr>
      <w:r>
        <w:rPr>
          <w:rFonts w:ascii="Arrus BT" w:hAnsi="Arrus BT"/>
        </w:rPr>
        <w:t>9</w:t>
      </w:r>
      <w:r w:rsidRPr="00816F43">
        <w:rPr>
          <w:rFonts w:ascii="Arrus BT" w:hAnsi="Arrus BT"/>
        </w:rPr>
        <w:t xml:space="preserve">. Plan </w:t>
      </w:r>
      <w:proofErr w:type="spellStart"/>
      <w:r w:rsidRPr="00816F43">
        <w:rPr>
          <w:rFonts w:ascii="Arrus BT" w:hAnsi="Arrus BT"/>
        </w:rPr>
        <w:t>komunikacije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promocije</w:t>
      </w:r>
      <w:proofErr w:type="spellEnd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627"/>
        <w:gridCol w:w="2625"/>
        <w:gridCol w:w="2625"/>
        <w:gridCol w:w="2625"/>
      </w:tblGrid>
      <w:tr w:rsidR="00C1082F" w:rsidRPr="00816F43" w14:paraId="0F578A5B" w14:textId="77777777">
        <w:trPr>
          <w:jc w:val="center"/>
        </w:trPr>
        <w:tc>
          <w:tcPr>
            <w:tcW w:w="2628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E05FF55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Aktivnost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>/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kanal</w:t>
            </w:r>
            <w:proofErr w:type="spellEnd"/>
          </w:p>
        </w:tc>
        <w:tc>
          <w:tcPr>
            <w:tcW w:w="2628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213320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Ciljana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publika</w:t>
            </w:r>
            <w:proofErr w:type="spellEnd"/>
          </w:p>
        </w:tc>
        <w:tc>
          <w:tcPr>
            <w:tcW w:w="2628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FB324E6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Razdoblje</w:t>
            </w:r>
            <w:proofErr w:type="spellEnd"/>
          </w:p>
        </w:tc>
        <w:tc>
          <w:tcPr>
            <w:tcW w:w="2628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9B4FF8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Očekivani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doseg</w:t>
            </w:r>
            <w:proofErr w:type="spellEnd"/>
          </w:p>
        </w:tc>
      </w:tr>
      <w:tr w:rsidR="00C1082F" w:rsidRPr="00816F43" w14:paraId="3BAF32E1" w14:textId="77777777">
        <w:trPr>
          <w:jc w:val="center"/>
        </w:trPr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636D72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Mrežne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stranice</w:t>
            </w:r>
            <w:proofErr w:type="spellEnd"/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6A8494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6D1D9E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164057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084D5446" w14:textId="77777777">
        <w:trPr>
          <w:jc w:val="center"/>
        </w:trPr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3FC372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Društvene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mreže</w:t>
            </w:r>
            <w:proofErr w:type="spellEnd"/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39C0DB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A8869A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406AC7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2B1FA9DC" w14:textId="77777777">
        <w:trPr>
          <w:jc w:val="center"/>
        </w:trPr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A6BE33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Mediji</w:t>
            </w:r>
            <w:proofErr w:type="spellEnd"/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DB69EB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7B2978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F2DD47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18A3DECD" w14:textId="77777777">
        <w:trPr>
          <w:jc w:val="center"/>
        </w:trPr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C4382E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Plakati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promotivni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materijali</w:t>
            </w:r>
            <w:proofErr w:type="spellEnd"/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AC460F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085EFA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307923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66F5E218" w14:textId="77777777">
        <w:trPr>
          <w:jc w:val="center"/>
        </w:trPr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A722F5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Izravna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komunikacija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s </w:t>
            </w:r>
            <w:proofErr w:type="spellStart"/>
            <w:r w:rsidRPr="00816F43">
              <w:rPr>
                <w:rFonts w:ascii="Arrus BT" w:hAnsi="Arrus BT"/>
                <w:sz w:val="18"/>
              </w:rPr>
              <w:t>publikom</w:t>
            </w:r>
            <w:proofErr w:type="spellEnd"/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F50298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716925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DB87CF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6CCBBC79" w14:textId="77777777">
        <w:trPr>
          <w:jc w:val="center"/>
        </w:trPr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EFA104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Ostalo</w:t>
            </w:r>
            <w:proofErr w:type="spellEnd"/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00D850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77684D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E950C1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</w:tbl>
    <w:p w14:paraId="5F0A6F48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2"/>
        <w:gridCol w:w="5250"/>
      </w:tblGrid>
      <w:tr w:rsidR="00C1082F" w:rsidRPr="00816F43" w14:paraId="1D41F13A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E5C0AC7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Pitanje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podatak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16442B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Odgovor</w:t>
            </w:r>
            <w:proofErr w:type="spellEnd"/>
          </w:p>
        </w:tc>
      </w:tr>
      <w:tr w:rsidR="00C1082F" w:rsidRPr="00816F43" w14:paraId="1BA9E262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CFFC1D" w14:textId="70BCC7A1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Jesu li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aktivnosti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otvorene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za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javnost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?</w:t>
            </w:r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07A74D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DA 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NE</w:t>
            </w:r>
          </w:p>
        </w:tc>
      </w:tr>
      <w:tr w:rsidR="00C1082F" w:rsidRPr="00816F43" w14:paraId="0DBC3D6D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5E7FEC" w14:textId="5F2AC1AA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Naplaćuje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li se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sudjelovanje</w:t>
            </w:r>
            <w:proofErr w:type="spellEnd"/>
            <w:r w:rsidR="00816F43">
              <w:rPr>
                <w:rFonts w:ascii="Arrus BT" w:hAnsi="Arrus BT"/>
                <w:b/>
                <w:sz w:val="18"/>
              </w:rPr>
              <w:t>/</w:t>
            </w:r>
            <w:proofErr w:type="spellStart"/>
            <w:r w:rsidR="00816F43">
              <w:rPr>
                <w:rFonts w:ascii="Arrus BT" w:hAnsi="Arrus BT"/>
                <w:b/>
                <w:sz w:val="18"/>
              </w:rPr>
              <w:t>članarina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ili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ulaznica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?</w:t>
            </w:r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5E750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DA 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NE</w:t>
            </w:r>
          </w:p>
        </w:tc>
      </w:tr>
      <w:tr w:rsidR="00C1082F" w:rsidRPr="00816F43" w14:paraId="62765EF7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8D34B3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Ako se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naplaćuje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navedite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cijenu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obrazloženje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2B700D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27BE6A79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260511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Kako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ćete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osigurati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dostupnost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informacija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o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programu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/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projektu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?</w:t>
            </w:r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9D472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22FE55B5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07613F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Planirate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li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prikupljati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povratne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informacije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publike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? Ako da,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koji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način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?</w:t>
            </w:r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2A9E0D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</w:tbl>
    <w:p w14:paraId="122AB355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C1082F" w:rsidRPr="00816F43" w14:paraId="1423A783" w14:textId="77777777">
        <w:trPr>
          <w:jc w:val="center"/>
        </w:trPr>
        <w:tc>
          <w:tcPr>
            <w:tcW w:w="10512" w:type="dxa"/>
            <w:shd w:val="clear" w:color="auto" w:fill="164E6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0B2E8EA9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24"/>
              </w:rPr>
              <w:t>VIII. SUDJELOVANJE U AKTIVNOSTIMA OPĆINE</w:t>
            </w:r>
          </w:p>
        </w:tc>
      </w:tr>
    </w:tbl>
    <w:p w14:paraId="36DE1652" w14:textId="0A6E98EE" w:rsidR="00C1082F" w:rsidRPr="00816F43" w:rsidRDefault="003809D0">
      <w:pPr>
        <w:pStyle w:val="Naslov2"/>
        <w:rPr>
          <w:rFonts w:ascii="Arrus BT" w:hAnsi="Arrus BT" w:hint="eastAsia"/>
        </w:rPr>
      </w:pPr>
      <w:r>
        <w:rPr>
          <w:rFonts w:ascii="Arrus BT" w:hAnsi="Arrus BT"/>
        </w:rPr>
        <w:t>10</w:t>
      </w:r>
      <w:r w:rsidRPr="00816F43">
        <w:rPr>
          <w:rFonts w:ascii="Arrus BT" w:hAnsi="Arrus BT"/>
        </w:rPr>
        <w:t xml:space="preserve">. </w:t>
      </w:r>
      <w:proofErr w:type="spellStart"/>
      <w:r w:rsidRPr="00816F43">
        <w:rPr>
          <w:rFonts w:ascii="Arrus BT" w:hAnsi="Arrus BT"/>
        </w:rPr>
        <w:t>Sudjelovanje</w:t>
      </w:r>
      <w:proofErr w:type="spellEnd"/>
      <w:r w:rsidRPr="00816F43">
        <w:rPr>
          <w:rFonts w:ascii="Arrus BT" w:hAnsi="Arrus BT"/>
        </w:rPr>
        <w:t xml:space="preserve"> u </w:t>
      </w:r>
      <w:proofErr w:type="spellStart"/>
      <w:r w:rsidRPr="00816F43">
        <w:rPr>
          <w:rFonts w:ascii="Arrus BT" w:hAnsi="Arrus BT"/>
        </w:rPr>
        <w:t>aktivnostima</w:t>
      </w:r>
      <w:proofErr w:type="spellEnd"/>
      <w:r w:rsidRPr="00816F43">
        <w:rPr>
          <w:rFonts w:ascii="Arrus BT" w:hAnsi="Arrus BT"/>
        </w:rPr>
        <w:t xml:space="preserve"> u </w:t>
      </w:r>
      <w:proofErr w:type="spellStart"/>
      <w:r w:rsidRPr="00816F43">
        <w:rPr>
          <w:rFonts w:ascii="Arrus BT" w:hAnsi="Arrus BT"/>
        </w:rPr>
        <w:t>organizaciji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Općine</w:t>
      </w:r>
      <w:proofErr w:type="spellEnd"/>
      <w:r w:rsidRPr="00816F43">
        <w:rPr>
          <w:rFonts w:ascii="Arrus BT" w:hAnsi="Arrus BT"/>
        </w:rPr>
        <w:t xml:space="preserve"> Župa dubrovačka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625"/>
        <w:gridCol w:w="2625"/>
        <w:gridCol w:w="2626"/>
        <w:gridCol w:w="2626"/>
      </w:tblGrid>
      <w:tr w:rsidR="00C1082F" w:rsidRPr="00816F43" w14:paraId="0DD95C1C" w14:textId="77777777">
        <w:trPr>
          <w:jc w:val="center"/>
        </w:trPr>
        <w:tc>
          <w:tcPr>
            <w:tcW w:w="2628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10B1771" w14:textId="77777777" w:rsidR="00C1082F" w:rsidRPr="00816F43" w:rsidRDefault="00000000">
            <w:pPr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Naziv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aktivnosti</w:t>
            </w:r>
            <w:proofErr w:type="spellEnd"/>
          </w:p>
        </w:tc>
        <w:tc>
          <w:tcPr>
            <w:tcW w:w="2628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18F00C0" w14:textId="77777777" w:rsidR="00C1082F" w:rsidRPr="00816F43" w:rsidRDefault="00000000">
            <w:pPr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18"/>
              </w:rPr>
              <w:t>Godina</w:t>
            </w:r>
          </w:p>
        </w:tc>
        <w:tc>
          <w:tcPr>
            <w:tcW w:w="2628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61C9029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Uloga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prijavitelja</w:t>
            </w:r>
            <w:proofErr w:type="spellEnd"/>
          </w:p>
        </w:tc>
        <w:tc>
          <w:tcPr>
            <w:tcW w:w="2628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0D31BAC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Ostvareni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doprinos</w:t>
            </w:r>
            <w:proofErr w:type="spellEnd"/>
          </w:p>
        </w:tc>
      </w:tr>
      <w:tr w:rsidR="00C1082F" w:rsidRPr="00816F43" w14:paraId="4785E407" w14:textId="77777777">
        <w:trPr>
          <w:jc w:val="center"/>
        </w:trPr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AF45FF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1D2316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D7E441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5C3C66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72846592" w14:textId="77777777">
        <w:trPr>
          <w:jc w:val="center"/>
        </w:trPr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89CB9D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553588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F360AC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D07E26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35256372" w14:textId="77777777">
        <w:trPr>
          <w:jc w:val="center"/>
        </w:trPr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399649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475F4A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1F5B85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06DBA7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</w:tbl>
    <w:p w14:paraId="7664D4B8" w14:textId="77777777" w:rsidR="00C1082F" w:rsidRDefault="00C1082F">
      <w:pPr>
        <w:spacing w:after="20"/>
        <w:rPr>
          <w:rFonts w:ascii="Arrus BT" w:hAnsi="Arrus BT" w:hint="eastAsia"/>
        </w:rPr>
      </w:pPr>
    </w:p>
    <w:p w14:paraId="0B1905A2" w14:textId="77777777" w:rsidR="00816F43" w:rsidRDefault="00816F43">
      <w:pPr>
        <w:spacing w:after="20"/>
        <w:rPr>
          <w:rFonts w:ascii="Arrus BT" w:hAnsi="Arrus BT" w:hint="eastAsia"/>
        </w:rPr>
      </w:pPr>
    </w:p>
    <w:p w14:paraId="5DBDF569" w14:textId="77777777" w:rsidR="00816F43" w:rsidRPr="00816F43" w:rsidRDefault="00816F43">
      <w:pPr>
        <w:spacing w:after="20"/>
        <w:rPr>
          <w:rFonts w:ascii="Arrus BT" w:hAnsi="Arrus BT" w:hint="eastAsia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C1082F" w:rsidRPr="00816F43" w14:paraId="49DA336C" w14:textId="77777777" w:rsidTr="00816F43">
        <w:trPr>
          <w:jc w:val="center"/>
        </w:trPr>
        <w:tc>
          <w:tcPr>
            <w:tcW w:w="5251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417B8D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Pitanje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podatak</w:t>
            </w:r>
            <w:proofErr w:type="spellEnd"/>
          </w:p>
        </w:tc>
        <w:tc>
          <w:tcPr>
            <w:tcW w:w="5251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2D887F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Odgovor</w:t>
            </w:r>
            <w:proofErr w:type="spellEnd"/>
          </w:p>
        </w:tc>
      </w:tr>
      <w:tr w:rsidR="00816F43" w:rsidRPr="00816F43" w14:paraId="48654F8B" w14:textId="77777777" w:rsidTr="00816F43">
        <w:trPr>
          <w:jc w:val="center"/>
        </w:trPr>
        <w:tc>
          <w:tcPr>
            <w:tcW w:w="5251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D77CC4A" w14:textId="77777777" w:rsidR="00816F43" w:rsidRPr="00816F43" w:rsidRDefault="00816F43">
            <w:pPr>
              <w:rPr>
                <w:rFonts w:ascii="Arrus BT" w:hAnsi="Arrus BT" w:hint="eastAsia"/>
                <w:b/>
                <w:color w:val="FFFFFF"/>
                <w:sz w:val="18"/>
              </w:rPr>
            </w:pPr>
          </w:p>
        </w:tc>
        <w:tc>
          <w:tcPr>
            <w:tcW w:w="5251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7E507B4" w14:textId="77777777" w:rsidR="00816F43" w:rsidRPr="00816F43" w:rsidRDefault="00816F43">
            <w:pPr>
              <w:rPr>
                <w:rFonts w:ascii="Arrus BT" w:hAnsi="Arrus BT" w:hint="eastAsia"/>
                <w:b/>
                <w:color w:val="FFFFFF"/>
                <w:sz w:val="18"/>
              </w:rPr>
            </w:pPr>
          </w:p>
        </w:tc>
      </w:tr>
      <w:tr w:rsidR="00C1082F" w:rsidRPr="00816F43" w14:paraId="218FB074" w14:textId="77777777" w:rsidTr="00816F43">
        <w:trPr>
          <w:jc w:val="center"/>
        </w:trPr>
        <w:tc>
          <w:tcPr>
            <w:tcW w:w="525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F3946B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Ako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prijavitelj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dosad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nije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sudjelovao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navedite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interes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mogućnost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buduće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suradnje</w:t>
            </w:r>
            <w:proofErr w:type="spellEnd"/>
          </w:p>
        </w:tc>
        <w:tc>
          <w:tcPr>
            <w:tcW w:w="5251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91B312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</w:tbl>
    <w:p w14:paraId="20710FBC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C1082F" w:rsidRPr="00816F43" w14:paraId="2DBB732B" w14:textId="77777777">
        <w:trPr>
          <w:jc w:val="center"/>
        </w:trPr>
        <w:tc>
          <w:tcPr>
            <w:tcW w:w="10512" w:type="dxa"/>
            <w:shd w:val="clear" w:color="auto" w:fill="164E6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2C755E9D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24"/>
              </w:rPr>
              <w:t>IX. ORGANIZACIJA I PROVEDIVOST</w:t>
            </w:r>
          </w:p>
        </w:tc>
      </w:tr>
    </w:tbl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C1082F" w:rsidRPr="00816F43" w14:paraId="036F78A7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3E1310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Pitanje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podatak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76E0981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Odgovor</w:t>
            </w:r>
            <w:proofErr w:type="spellEnd"/>
          </w:p>
        </w:tc>
      </w:tr>
      <w:tr w:rsidR="00C1082F" w:rsidRPr="00816F43" w14:paraId="20C7CB80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744986" w14:textId="71FDF43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Organizacijski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kapaciteti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–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ljudski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tehnički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prostorni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organizacijski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resursi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3595FD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57951F04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D6B702" w14:textId="1596268A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Planirate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li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uključiti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volontere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?</w:t>
            </w:r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378278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DA 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NE</w:t>
            </w:r>
          </w:p>
        </w:tc>
      </w:tr>
      <w:tr w:rsidR="00C1082F" w:rsidRPr="00816F43" w14:paraId="1AA36AF2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D3CC19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Planirani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broj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volontera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49A748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4F72DA36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4A8E13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Opis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poslova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uloga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volontera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391F4E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09ABE8C4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2A3285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Planirate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li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suradnju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s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drugim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organizacijama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ili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ustanovama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?</w:t>
            </w:r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E0D72E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DA 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NE</w:t>
            </w:r>
          </w:p>
        </w:tc>
      </w:tr>
      <w:tr w:rsidR="00C1082F" w:rsidRPr="00816F43" w14:paraId="51393C84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0D4DA5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Partneri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njihove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uloge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doprinos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686D63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</w:tbl>
    <w:p w14:paraId="1BD36DB8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p w14:paraId="21D55DF4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C1082F" w:rsidRPr="00816F43" w14:paraId="49EF9383" w14:textId="77777777">
        <w:trPr>
          <w:jc w:val="center"/>
        </w:trPr>
        <w:tc>
          <w:tcPr>
            <w:tcW w:w="10512" w:type="dxa"/>
            <w:shd w:val="clear" w:color="auto" w:fill="164E6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11822C71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24"/>
              </w:rPr>
              <w:t>X. FINANCIJSKI PLAN I TROŠKOVNIK</w:t>
            </w:r>
          </w:p>
        </w:tc>
      </w:tr>
    </w:tbl>
    <w:p w14:paraId="06FAE5BB" w14:textId="5B10F97D" w:rsidR="00C1082F" w:rsidRPr="00816F43" w:rsidRDefault="003809D0">
      <w:pPr>
        <w:pStyle w:val="Naslov2"/>
        <w:rPr>
          <w:rFonts w:ascii="Arrus BT" w:hAnsi="Arrus BT" w:hint="eastAsia"/>
        </w:rPr>
      </w:pPr>
      <w:r>
        <w:rPr>
          <w:rFonts w:ascii="Arrus BT" w:hAnsi="Arrus BT"/>
        </w:rPr>
        <w:t>11</w:t>
      </w:r>
      <w:r w:rsidRPr="00816F43">
        <w:rPr>
          <w:rFonts w:ascii="Arrus BT" w:hAnsi="Arrus BT"/>
        </w:rPr>
        <w:t xml:space="preserve">. </w:t>
      </w:r>
      <w:proofErr w:type="spellStart"/>
      <w:r w:rsidRPr="00816F43">
        <w:rPr>
          <w:rFonts w:ascii="Arrus BT" w:hAnsi="Arrus BT"/>
        </w:rPr>
        <w:t>Izvori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financiranja</w:t>
      </w:r>
      <w:proofErr w:type="spellEnd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500"/>
        <w:gridCol w:w="3499"/>
        <w:gridCol w:w="3503"/>
      </w:tblGrid>
      <w:tr w:rsidR="00C1082F" w:rsidRPr="00816F43" w14:paraId="3CA670BD" w14:textId="77777777">
        <w:trPr>
          <w:jc w:val="center"/>
        </w:trPr>
        <w:tc>
          <w:tcPr>
            <w:tcW w:w="3504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4BE1F1" w14:textId="77777777" w:rsidR="00C1082F" w:rsidRPr="00816F43" w:rsidRDefault="00000000">
            <w:pPr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Izvor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financiranja</w:t>
            </w:r>
            <w:proofErr w:type="spellEnd"/>
          </w:p>
        </w:tc>
        <w:tc>
          <w:tcPr>
            <w:tcW w:w="3504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27BE6F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Iznos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(EUR)</w:t>
            </w:r>
          </w:p>
        </w:tc>
        <w:tc>
          <w:tcPr>
            <w:tcW w:w="3504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3C160AB" w14:textId="77777777" w:rsidR="00C1082F" w:rsidRPr="00816F43" w:rsidRDefault="00000000">
            <w:pPr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Status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sredstava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(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osigurana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>/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zatražena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>/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planirana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>)</w:t>
            </w:r>
          </w:p>
        </w:tc>
      </w:tr>
      <w:tr w:rsidR="00C1082F" w:rsidRPr="00816F43" w14:paraId="3B157AB6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3FDCB9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Općina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Župa dubrovačka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038BC9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166B0C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6D67CAAC" w14:textId="77777777">
        <w:trPr>
          <w:jc w:val="center"/>
        </w:trPr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11594E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Vlastita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sredstva</w:t>
            </w:r>
            <w:proofErr w:type="spellEnd"/>
          </w:p>
        </w:tc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9BE03A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F5D136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4470B9BC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D72251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 xml:space="preserve">Drugi </w:t>
            </w:r>
            <w:proofErr w:type="spellStart"/>
            <w:r w:rsidRPr="00816F43">
              <w:rPr>
                <w:rFonts w:ascii="Arrus BT" w:hAnsi="Arrus BT"/>
                <w:sz w:val="18"/>
              </w:rPr>
              <w:t>javni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izvori</w:t>
            </w:r>
            <w:proofErr w:type="spellEnd"/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4C64C0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C2061A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455B986D" w14:textId="77777777">
        <w:trPr>
          <w:jc w:val="center"/>
        </w:trPr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92342B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Sponzorstva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donacije</w:t>
            </w:r>
            <w:proofErr w:type="spellEnd"/>
          </w:p>
        </w:tc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E82B6B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D65A87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1CFD026E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F36DF4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Prihodi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od </w:t>
            </w:r>
            <w:proofErr w:type="spellStart"/>
            <w:r w:rsidRPr="00816F43">
              <w:rPr>
                <w:rFonts w:ascii="Arrus BT" w:hAnsi="Arrus BT"/>
                <w:sz w:val="18"/>
              </w:rPr>
              <w:t>ulaznica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ili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kotizacija</w:t>
            </w:r>
            <w:proofErr w:type="spellEnd"/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CE1A1C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CC704C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01734E1C" w14:textId="77777777">
        <w:trPr>
          <w:jc w:val="center"/>
        </w:trPr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53025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Ostali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izvori</w:t>
            </w:r>
            <w:proofErr w:type="spellEnd"/>
          </w:p>
        </w:tc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8C946C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26D983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7DD2F246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8841A4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UKUPNO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4B16A1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B012EE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</w:tbl>
    <w:p w14:paraId="20A56204" w14:textId="77777777" w:rsidR="00C1082F" w:rsidRDefault="00C1082F">
      <w:pPr>
        <w:spacing w:after="20"/>
        <w:rPr>
          <w:rFonts w:ascii="Arrus BT" w:hAnsi="Arrus BT" w:hint="eastAsia"/>
        </w:rPr>
      </w:pPr>
    </w:p>
    <w:p w14:paraId="7DC2A54B" w14:textId="77777777" w:rsidR="002E1E35" w:rsidRPr="00816F43" w:rsidRDefault="002E1E35">
      <w:pPr>
        <w:spacing w:after="20"/>
        <w:rPr>
          <w:rFonts w:ascii="Arrus BT" w:hAnsi="Arrus BT" w:hint="eastAsia"/>
        </w:rPr>
      </w:pPr>
    </w:p>
    <w:p w14:paraId="03ADF8C4" w14:textId="700E874B" w:rsidR="00C1082F" w:rsidRPr="00816F43" w:rsidRDefault="003809D0">
      <w:pPr>
        <w:pStyle w:val="Naslov2"/>
        <w:rPr>
          <w:rFonts w:ascii="Arrus BT" w:hAnsi="Arrus BT" w:hint="eastAsia"/>
        </w:rPr>
      </w:pPr>
      <w:r>
        <w:rPr>
          <w:rFonts w:ascii="Arrus BT" w:hAnsi="Arrus BT"/>
        </w:rPr>
        <w:lastRenderedPageBreak/>
        <w:t>12</w:t>
      </w:r>
      <w:r w:rsidRPr="00816F43">
        <w:rPr>
          <w:rFonts w:ascii="Arrus BT" w:hAnsi="Arrus BT"/>
        </w:rPr>
        <w:t xml:space="preserve">. </w:t>
      </w:r>
      <w:proofErr w:type="spellStart"/>
      <w:r w:rsidRPr="00816F43">
        <w:rPr>
          <w:rFonts w:ascii="Arrus BT" w:hAnsi="Arrus BT"/>
        </w:rPr>
        <w:t>Detaljan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troškovnik</w:t>
      </w:r>
      <w:proofErr w:type="spellEnd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627"/>
        <w:gridCol w:w="2625"/>
        <w:gridCol w:w="2625"/>
        <w:gridCol w:w="2625"/>
      </w:tblGrid>
      <w:tr w:rsidR="00C1082F" w:rsidRPr="00816F43" w14:paraId="2DC7BB13" w14:textId="77777777">
        <w:trPr>
          <w:jc w:val="center"/>
        </w:trPr>
        <w:tc>
          <w:tcPr>
            <w:tcW w:w="2628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42D2B5A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Vrsta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troška</w:t>
            </w:r>
            <w:proofErr w:type="spellEnd"/>
          </w:p>
        </w:tc>
        <w:tc>
          <w:tcPr>
            <w:tcW w:w="2628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E505B9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Opis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izračun</w:t>
            </w:r>
            <w:proofErr w:type="spellEnd"/>
          </w:p>
        </w:tc>
        <w:tc>
          <w:tcPr>
            <w:tcW w:w="2628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4193E82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Ukupan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iznos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(EUR)</w:t>
            </w:r>
          </w:p>
        </w:tc>
        <w:tc>
          <w:tcPr>
            <w:tcW w:w="2628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77FD2D2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Iznos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koji se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traži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od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Općine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(EUR)</w:t>
            </w:r>
          </w:p>
        </w:tc>
      </w:tr>
      <w:tr w:rsidR="00C1082F" w:rsidRPr="00816F43" w14:paraId="2237ABEB" w14:textId="77777777">
        <w:trPr>
          <w:jc w:val="center"/>
        </w:trPr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609A3F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Honorari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naknade</w:t>
            </w:r>
            <w:proofErr w:type="spellEnd"/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0A54A1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5D73FD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378009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25243EE9" w14:textId="77777777">
        <w:trPr>
          <w:jc w:val="center"/>
        </w:trPr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CB1742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Umjetničke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stručne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usluge</w:t>
            </w:r>
            <w:proofErr w:type="spellEnd"/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48245B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A787AF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0D0923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6DDDF4E1" w14:textId="77777777">
        <w:trPr>
          <w:jc w:val="center"/>
        </w:trPr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8E372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Materijal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oprema</w:t>
            </w:r>
            <w:proofErr w:type="spellEnd"/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E6AA16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17DC70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70BBB5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104DD0AE" w14:textId="77777777">
        <w:trPr>
          <w:jc w:val="center"/>
        </w:trPr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084BAE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 xml:space="preserve">Najam </w:t>
            </w:r>
            <w:proofErr w:type="spellStart"/>
            <w:r w:rsidRPr="00816F43">
              <w:rPr>
                <w:rFonts w:ascii="Arrus BT" w:hAnsi="Arrus BT"/>
                <w:sz w:val="18"/>
              </w:rPr>
              <w:t>prostora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tehnike</w:t>
            </w:r>
            <w:proofErr w:type="spellEnd"/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4C3A70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6AA7A3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AE06F5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6B5E76B4" w14:textId="77777777">
        <w:trPr>
          <w:jc w:val="center"/>
        </w:trPr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4B575D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Promocija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komunikacija</w:t>
            </w:r>
            <w:proofErr w:type="spellEnd"/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634E72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C54613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1E3EDC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05FC68EA" w14:textId="77777777">
        <w:trPr>
          <w:jc w:val="center"/>
        </w:trPr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FCD01A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 xml:space="preserve">Putni </w:t>
            </w:r>
            <w:proofErr w:type="spellStart"/>
            <w:r w:rsidRPr="00816F43">
              <w:rPr>
                <w:rFonts w:ascii="Arrus BT" w:hAnsi="Arrus BT"/>
                <w:sz w:val="18"/>
              </w:rPr>
              <w:t>troškovi</w:t>
            </w:r>
            <w:proofErr w:type="spellEnd"/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C840E5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6E8E05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4B4754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0FCF7ABD" w14:textId="77777777">
        <w:trPr>
          <w:jc w:val="center"/>
        </w:trPr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51952D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Produkcija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organizacija</w:t>
            </w:r>
            <w:proofErr w:type="spellEnd"/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D4B3B8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FF618C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4E318B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4646345F" w14:textId="77777777">
        <w:trPr>
          <w:jc w:val="center"/>
        </w:trPr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A464F3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Ostali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troškovi</w:t>
            </w:r>
            <w:proofErr w:type="spellEnd"/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C19246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1552A8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10DEF4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538669CC" w14:textId="77777777">
        <w:trPr>
          <w:jc w:val="center"/>
        </w:trPr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53F29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UKUPNO</w:t>
            </w: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8D2DD1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238AE8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  <w:tc>
          <w:tcPr>
            <w:tcW w:w="2628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94DA44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</w:tbl>
    <w:p w14:paraId="6695A421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C1082F" w:rsidRPr="00816F43" w14:paraId="58F01C41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C66AD8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Pitanje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podatak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FDA6AC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Odgovor</w:t>
            </w:r>
            <w:proofErr w:type="spellEnd"/>
          </w:p>
        </w:tc>
      </w:tr>
      <w:tr w:rsidR="00C1082F" w:rsidRPr="00816F43" w14:paraId="3D32C784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78C88D" w14:textId="48873D21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Obrazloženje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financijskog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plana –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ekonomičnost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opravdanost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povezanost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s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rezultatima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sprječavanje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dvostrukog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financiranja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B28205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</w:tbl>
    <w:p w14:paraId="601CFAA7" w14:textId="77777777" w:rsidR="00C1082F" w:rsidRDefault="00C1082F">
      <w:pPr>
        <w:spacing w:after="20"/>
        <w:rPr>
          <w:rFonts w:ascii="Arrus BT" w:hAnsi="Arrus BT" w:hint="eastAsia"/>
        </w:rPr>
      </w:pPr>
    </w:p>
    <w:p w14:paraId="0D4C731B" w14:textId="77777777" w:rsidR="002F43F9" w:rsidRPr="00816F43" w:rsidRDefault="002F43F9">
      <w:pPr>
        <w:spacing w:after="20"/>
        <w:rPr>
          <w:rFonts w:ascii="Arrus BT" w:hAnsi="Arrus BT"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C1082F" w:rsidRPr="00816F43" w14:paraId="7AB3DD08" w14:textId="77777777">
        <w:trPr>
          <w:jc w:val="center"/>
        </w:trPr>
        <w:tc>
          <w:tcPr>
            <w:tcW w:w="10512" w:type="dxa"/>
            <w:shd w:val="clear" w:color="auto" w:fill="164E6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2C8C17E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24"/>
              </w:rPr>
              <w:t>XI. PRETHODNO KORIŠTENA SREDSTVA OPĆINE</w:t>
            </w:r>
          </w:p>
        </w:tc>
      </w:tr>
    </w:tbl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2"/>
        <w:gridCol w:w="5250"/>
      </w:tblGrid>
      <w:tr w:rsidR="00C1082F" w:rsidRPr="00816F43" w14:paraId="64EB7A80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336913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Pitanje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podatak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52F0C5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Odgovor</w:t>
            </w:r>
            <w:proofErr w:type="spellEnd"/>
          </w:p>
        </w:tc>
      </w:tr>
      <w:tr w:rsidR="00C1082F" w:rsidRPr="00816F43" w14:paraId="515CE00F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C75E89" w14:textId="41911860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Je li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prijavitelj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prethodnih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godina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primao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sredstva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Općine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za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programe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/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projekte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u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kulturi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?</w:t>
            </w:r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828609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DA 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NE</w:t>
            </w:r>
          </w:p>
        </w:tc>
      </w:tr>
      <w:tr w:rsidR="00C1082F" w:rsidRPr="00816F43" w14:paraId="28C31E63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0C82A7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Jesu li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sva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propisana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izvješća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dostavljena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u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ugovorenim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rokovima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?</w:t>
            </w:r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FD2D64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DA 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NE</w:t>
            </w:r>
          </w:p>
        </w:tc>
      </w:tr>
      <w:tr w:rsidR="00C1082F" w:rsidRPr="00816F43" w14:paraId="20819206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717343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Jesu li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sredstva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korištena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namjenski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u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skladu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s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ugovorom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?</w:t>
            </w:r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5FAD2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DA 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NE</w:t>
            </w:r>
          </w:p>
        </w:tc>
      </w:tr>
      <w:tr w:rsidR="00C1082F" w:rsidRPr="00816F43" w14:paraId="506470D9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CBAB2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Je li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ranije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odobreni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program/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projekt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izvršen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u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ugovorenom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roku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>?</w:t>
            </w:r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71A8C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DA   </w:t>
            </w:r>
            <w:r w:rsidRPr="00816F43">
              <w:rPr>
                <w:rFonts w:ascii="Segoe UI Symbol" w:hAnsi="Segoe UI Symbol" w:cs="Segoe UI Symbol"/>
                <w:sz w:val="18"/>
              </w:rPr>
              <w:t>☐</w:t>
            </w:r>
            <w:r w:rsidRPr="00816F43">
              <w:rPr>
                <w:rFonts w:ascii="Arrus BT" w:hAnsi="Arrus BT"/>
                <w:sz w:val="18"/>
              </w:rPr>
              <w:t xml:space="preserve"> NE</w:t>
            </w:r>
          </w:p>
        </w:tc>
      </w:tr>
      <w:tr w:rsidR="00C1082F" w:rsidRPr="00816F43" w14:paraId="1333FA2F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4A0229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Ako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postoji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odstupanje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od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ugovorenih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obveza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navedite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okolnosti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poduzete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mjere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41A3C2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</w:tbl>
    <w:p w14:paraId="4C119319" w14:textId="77777777" w:rsidR="00C1082F" w:rsidRDefault="00C1082F">
      <w:pPr>
        <w:spacing w:after="20"/>
        <w:rPr>
          <w:rFonts w:ascii="Arrus BT" w:hAnsi="Arrus BT" w:hint="eastAsia"/>
        </w:rPr>
      </w:pPr>
    </w:p>
    <w:p w14:paraId="00B2101F" w14:textId="77777777" w:rsidR="002F43F9" w:rsidRDefault="002F43F9">
      <w:pPr>
        <w:spacing w:after="20"/>
        <w:rPr>
          <w:rFonts w:ascii="Arrus BT" w:hAnsi="Arrus BT" w:hint="eastAsia"/>
        </w:rPr>
      </w:pPr>
    </w:p>
    <w:p w14:paraId="739ADE0C" w14:textId="77777777" w:rsidR="002F43F9" w:rsidRDefault="002F43F9">
      <w:pPr>
        <w:spacing w:after="20"/>
        <w:rPr>
          <w:rFonts w:ascii="Arrus BT" w:hAnsi="Arrus BT" w:hint="eastAsia"/>
        </w:rPr>
      </w:pPr>
    </w:p>
    <w:p w14:paraId="5E4E8FCD" w14:textId="77777777" w:rsidR="002F43F9" w:rsidRDefault="002F43F9">
      <w:pPr>
        <w:spacing w:after="20"/>
        <w:rPr>
          <w:rFonts w:ascii="Arrus BT" w:hAnsi="Arrus BT" w:hint="eastAsia"/>
        </w:rPr>
      </w:pPr>
    </w:p>
    <w:p w14:paraId="2D9802B6" w14:textId="77777777" w:rsidR="002F43F9" w:rsidRDefault="002F43F9">
      <w:pPr>
        <w:spacing w:after="20"/>
        <w:rPr>
          <w:rFonts w:ascii="Arrus BT" w:hAnsi="Arrus BT" w:hint="eastAsia"/>
        </w:rPr>
      </w:pPr>
    </w:p>
    <w:p w14:paraId="6E16217F" w14:textId="77777777" w:rsidR="002F43F9" w:rsidRDefault="002F43F9">
      <w:pPr>
        <w:spacing w:after="20"/>
        <w:rPr>
          <w:rFonts w:ascii="Arrus BT" w:hAnsi="Arrus BT" w:hint="eastAsia"/>
        </w:rPr>
      </w:pPr>
    </w:p>
    <w:p w14:paraId="1A311D39" w14:textId="77777777" w:rsidR="002F43F9" w:rsidRDefault="002F43F9">
      <w:pPr>
        <w:spacing w:after="20"/>
        <w:rPr>
          <w:rFonts w:ascii="Arrus BT" w:hAnsi="Arrus BT" w:hint="eastAsia"/>
        </w:rPr>
      </w:pPr>
    </w:p>
    <w:p w14:paraId="0F5143BE" w14:textId="77777777" w:rsidR="002F43F9" w:rsidRDefault="002F43F9">
      <w:pPr>
        <w:spacing w:after="20"/>
        <w:rPr>
          <w:rFonts w:ascii="Arrus BT" w:hAnsi="Arrus BT" w:hint="eastAsia"/>
        </w:rPr>
      </w:pPr>
    </w:p>
    <w:p w14:paraId="15EA8DCF" w14:textId="77777777" w:rsidR="002F43F9" w:rsidRPr="00816F43" w:rsidRDefault="002F43F9">
      <w:pPr>
        <w:spacing w:after="20"/>
        <w:rPr>
          <w:rFonts w:ascii="Arrus BT" w:hAnsi="Arrus BT" w:hint="eastAsia"/>
        </w:rPr>
      </w:pPr>
    </w:p>
    <w:p w14:paraId="1230BF17" w14:textId="77777777" w:rsidR="00816F43" w:rsidRPr="00816F43" w:rsidRDefault="00816F43">
      <w:pPr>
        <w:spacing w:after="20"/>
        <w:rPr>
          <w:rFonts w:ascii="Arrus BT" w:hAnsi="Arrus BT"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C1082F" w:rsidRPr="00816F43" w14:paraId="46E434DD" w14:textId="77777777">
        <w:trPr>
          <w:jc w:val="center"/>
        </w:trPr>
        <w:tc>
          <w:tcPr>
            <w:tcW w:w="10512" w:type="dxa"/>
            <w:shd w:val="clear" w:color="auto" w:fill="164E6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944FE7F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24"/>
              </w:rPr>
              <w:lastRenderedPageBreak/>
              <w:t>XII. IZJAVE PRIJAVITELJA</w:t>
            </w:r>
          </w:p>
        </w:tc>
      </w:tr>
    </w:tbl>
    <w:p w14:paraId="3BCCDD40" w14:textId="77777777" w:rsidR="00C1082F" w:rsidRPr="00816F43" w:rsidRDefault="00000000">
      <w:pPr>
        <w:spacing w:after="60"/>
        <w:rPr>
          <w:rFonts w:ascii="Arrus BT" w:hAnsi="Arrus BT" w:hint="eastAsia"/>
        </w:rPr>
      </w:pPr>
      <w:proofErr w:type="spellStart"/>
      <w:r w:rsidRPr="00816F43">
        <w:rPr>
          <w:rFonts w:ascii="Arrus BT" w:hAnsi="Arrus BT"/>
        </w:rPr>
        <w:t>Potpisom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ove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prijave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osoba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ovlaštena</w:t>
      </w:r>
      <w:proofErr w:type="spellEnd"/>
      <w:r w:rsidRPr="00816F43">
        <w:rPr>
          <w:rFonts w:ascii="Arrus BT" w:hAnsi="Arrus BT"/>
        </w:rPr>
        <w:t xml:space="preserve"> za </w:t>
      </w:r>
      <w:proofErr w:type="spellStart"/>
      <w:r w:rsidRPr="00816F43">
        <w:rPr>
          <w:rFonts w:ascii="Arrus BT" w:hAnsi="Arrus BT"/>
        </w:rPr>
        <w:t>zastupanje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potvrđuje</w:t>
      </w:r>
      <w:proofErr w:type="spellEnd"/>
      <w:r w:rsidRPr="00816F43">
        <w:rPr>
          <w:rFonts w:ascii="Arrus BT" w:hAnsi="Arrus BT"/>
        </w:rPr>
        <w:t>:</w:t>
      </w:r>
    </w:p>
    <w:p w14:paraId="3D50A75C" w14:textId="77777777" w:rsidR="00C1082F" w:rsidRPr="00816F43" w:rsidRDefault="00000000">
      <w:pPr>
        <w:spacing w:after="40"/>
        <w:ind w:left="216"/>
        <w:rPr>
          <w:rFonts w:ascii="Arrus BT" w:hAnsi="Arrus BT" w:hint="eastAsia"/>
        </w:rPr>
      </w:pPr>
      <w:proofErr w:type="gramStart"/>
      <w:r w:rsidRPr="00816F43">
        <w:rPr>
          <w:rFonts w:ascii="Segoe UI Symbol" w:hAnsi="Segoe UI Symbol" w:cs="Segoe UI Symbol"/>
        </w:rPr>
        <w:t>☐</w:t>
      </w:r>
      <w:r w:rsidRPr="00816F43">
        <w:rPr>
          <w:rFonts w:ascii="Arrus BT" w:hAnsi="Arrus BT"/>
        </w:rPr>
        <w:t xml:space="preserve">  Da</w:t>
      </w:r>
      <w:proofErr w:type="gram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su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podaci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navedeni</w:t>
      </w:r>
      <w:proofErr w:type="spellEnd"/>
      <w:r w:rsidRPr="00816F43">
        <w:rPr>
          <w:rFonts w:ascii="Arrus BT" w:hAnsi="Arrus BT"/>
        </w:rPr>
        <w:t xml:space="preserve"> u </w:t>
      </w:r>
      <w:proofErr w:type="spellStart"/>
      <w:r w:rsidRPr="00816F43">
        <w:rPr>
          <w:rFonts w:ascii="Arrus BT" w:hAnsi="Arrus BT"/>
        </w:rPr>
        <w:t>prijavi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istiniti</w:t>
      </w:r>
      <w:proofErr w:type="spellEnd"/>
      <w:r w:rsidRPr="00816F43">
        <w:rPr>
          <w:rFonts w:ascii="Arrus BT" w:hAnsi="Arrus BT"/>
        </w:rPr>
        <w:t xml:space="preserve">, </w:t>
      </w:r>
      <w:proofErr w:type="spellStart"/>
      <w:r w:rsidRPr="00816F43">
        <w:rPr>
          <w:rFonts w:ascii="Arrus BT" w:hAnsi="Arrus BT"/>
        </w:rPr>
        <w:t>potpuni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točni</w:t>
      </w:r>
      <w:proofErr w:type="spellEnd"/>
      <w:r w:rsidRPr="00816F43">
        <w:rPr>
          <w:rFonts w:ascii="Arrus BT" w:hAnsi="Arrus BT"/>
        </w:rPr>
        <w:t>.</w:t>
      </w:r>
    </w:p>
    <w:p w14:paraId="5A31365C" w14:textId="77777777" w:rsidR="00C1082F" w:rsidRPr="00816F43" w:rsidRDefault="00000000">
      <w:pPr>
        <w:spacing w:after="40"/>
        <w:ind w:left="216"/>
        <w:rPr>
          <w:rFonts w:ascii="Arrus BT" w:hAnsi="Arrus BT" w:hint="eastAsia"/>
        </w:rPr>
      </w:pPr>
      <w:proofErr w:type="gramStart"/>
      <w:r w:rsidRPr="00816F43">
        <w:rPr>
          <w:rFonts w:ascii="Segoe UI Symbol" w:hAnsi="Segoe UI Symbol" w:cs="Segoe UI Symbol"/>
        </w:rPr>
        <w:t>☐</w:t>
      </w:r>
      <w:r w:rsidRPr="00816F43">
        <w:rPr>
          <w:rFonts w:ascii="Arrus BT" w:hAnsi="Arrus BT"/>
        </w:rPr>
        <w:t xml:space="preserve">  Da</w:t>
      </w:r>
      <w:proofErr w:type="gram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će</w:t>
      </w:r>
      <w:proofErr w:type="spellEnd"/>
      <w:r w:rsidRPr="00816F43">
        <w:rPr>
          <w:rFonts w:ascii="Arrus BT" w:hAnsi="Arrus BT"/>
        </w:rPr>
        <w:t xml:space="preserve"> se </w:t>
      </w:r>
      <w:proofErr w:type="spellStart"/>
      <w:r w:rsidRPr="00816F43">
        <w:rPr>
          <w:rFonts w:ascii="Arrus BT" w:hAnsi="Arrus BT"/>
        </w:rPr>
        <w:t>odobrena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sredstva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koristiti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namjenski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</w:t>
      </w:r>
      <w:proofErr w:type="spellEnd"/>
      <w:r w:rsidRPr="00816F43">
        <w:rPr>
          <w:rFonts w:ascii="Arrus BT" w:hAnsi="Arrus BT"/>
        </w:rPr>
        <w:t xml:space="preserve"> u </w:t>
      </w:r>
      <w:proofErr w:type="spellStart"/>
      <w:r w:rsidRPr="00816F43">
        <w:rPr>
          <w:rFonts w:ascii="Arrus BT" w:hAnsi="Arrus BT"/>
        </w:rPr>
        <w:t>skladu</w:t>
      </w:r>
      <w:proofErr w:type="spellEnd"/>
      <w:r w:rsidRPr="00816F43">
        <w:rPr>
          <w:rFonts w:ascii="Arrus BT" w:hAnsi="Arrus BT"/>
        </w:rPr>
        <w:t xml:space="preserve"> s </w:t>
      </w:r>
      <w:proofErr w:type="spellStart"/>
      <w:r w:rsidRPr="00816F43">
        <w:rPr>
          <w:rFonts w:ascii="Arrus BT" w:hAnsi="Arrus BT"/>
        </w:rPr>
        <w:t>ugovorom</w:t>
      </w:r>
      <w:proofErr w:type="spellEnd"/>
      <w:r w:rsidRPr="00816F43">
        <w:rPr>
          <w:rFonts w:ascii="Arrus BT" w:hAnsi="Arrus BT"/>
        </w:rPr>
        <w:t>.</w:t>
      </w:r>
    </w:p>
    <w:p w14:paraId="2CFF3B45" w14:textId="77777777" w:rsidR="00C1082F" w:rsidRPr="00816F43" w:rsidRDefault="00000000">
      <w:pPr>
        <w:spacing w:after="40"/>
        <w:ind w:left="216"/>
        <w:rPr>
          <w:rFonts w:ascii="Arrus BT" w:hAnsi="Arrus BT" w:hint="eastAsia"/>
        </w:rPr>
      </w:pPr>
      <w:proofErr w:type="gramStart"/>
      <w:r w:rsidRPr="00816F43">
        <w:rPr>
          <w:rFonts w:ascii="Segoe UI Symbol" w:hAnsi="Segoe UI Symbol" w:cs="Segoe UI Symbol"/>
        </w:rPr>
        <w:t>☐</w:t>
      </w:r>
      <w:r w:rsidRPr="00816F43">
        <w:rPr>
          <w:rFonts w:ascii="Arrus BT" w:hAnsi="Arrus BT"/>
        </w:rPr>
        <w:t xml:space="preserve">  Da</w:t>
      </w:r>
      <w:proofErr w:type="gramEnd"/>
      <w:r w:rsidRPr="00816F43">
        <w:rPr>
          <w:rFonts w:ascii="Arrus BT" w:hAnsi="Arrus BT"/>
        </w:rPr>
        <w:t xml:space="preserve"> se </w:t>
      </w:r>
      <w:proofErr w:type="spellStart"/>
      <w:r w:rsidRPr="00816F43">
        <w:rPr>
          <w:rFonts w:ascii="Arrus BT" w:hAnsi="Arrus BT"/>
        </w:rPr>
        <w:t>isti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troškovi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neće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dvostruko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financirati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iz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javnih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izvora</w:t>
      </w:r>
      <w:proofErr w:type="spellEnd"/>
      <w:r w:rsidRPr="00816F43">
        <w:rPr>
          <w:rFonts w:ascii="Arrus BT" w:hAnsi="Arrus BT"/>
        </w:rPr>
        <w:t>.</w:t>
      </w:r>
    </w:p>
    <w:p w14:paraId="5691835B" w14:textId="77777777" w:rsidR="00C1082F" w:rsidRPr="00816F43" w:rsidRDefault="00000000">
      <w:pPr>
        <w:spacing w:after="40"/>
        <w:ind w:left="216"/>
        <w:rPr>
          <w:rFonts w:ascii="Arrus BT" w:hAnsi="Arrus BT" w:hint="eastAsia"/>
        </w:rPr>
      </w:pPr>
      <w:proofErr w:type="gramStart"/>
      <w:r w:rsidRPr="00816F43">
        <w:rPr>
          <w:rFonts w:ascii="Segoe UI Symbol" w:hAnsi="Segoe UI Symbol" w:cs="Segoe UI Symbol"/>
        </w:rPr>
        <w:t>☐</w:t>
      </w:r>
      <w:r w:rsidRPr="00816F43">
        <w:rPr>
          <w:rFonts w:ascii="Arrus BT" w:hAnsi="Arrus BT"/>
        </w:rPr>
        <w:t xml:space="preserve">  Da</w:t>
      </w:r>
      <w:proofErr w:type="gram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će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prijavitelj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pravodobno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obavijestiti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Općinu</w:t>
      </w:r>
      <w:proofErr w:type="spellEnd"/>
      <w:r w:rsidRPr="00816F43">
        <w:rPr>
          <w:rFonts w:ascii="Arrus BT" w:hAnsi="Arrus BT"/>
        </w:rPr>
        <w:t xml:space="preserve"> o </w:t>
      </w:r>
      <w:proofErr w:type="spellStart"/>
      <w:r w:rsidRPr="00816F43">
        <w:rPr>
          <w:rFonts w:ascii="Arrus BT" w:hAnsi="Arrus BT"/>
        </w:rPr>
        <w:t>bitnim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promjenama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koje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utječu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na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provedbu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programa</w:t>
      </w:r>
      <w:proofErr w:type="spellEnd"/>
      <w:r w:rsidRPr="00816F43">
        <w:rPr>
          <w:rFonts w:ascii="Arrus BT" w:hAnsi="Arrus BT"/>
        </w:rPr>
        <w:t>/</w:t>
      </w:r>
      <w:proofErr w:type="spellStart"/>
      <w:r w:rsidRPr="00816F43">
        <w:rPr>
          <w:rFonts w:ascii="Arrus BT" w:hAnsi="Arrus BT"/>
        </w:rPr>
        <w:t>projekta</w:t>
      </w:r>
      <w:proofErr w:type="spellEnd"/>
      <w:r w:rsidRPr="00816F43">
        <w:rPr>
          <w:rFonts w:ascii="Arrus BT" w:hAnsi="Arrus BT"/>
        </w:rPr>
        <w:t>.</w:t>
      </w:r>
    </w:p>
    <w:p w14:paraId="27692A3A" w14:textId="77777777" w:rsidR="00C1082F" w:rsidRPr="00816F43" w:rsidRDefault="00000000">
      <w:pPr>
        <w:spacing w:after="40"/>
        <w:ind w:left="216"/>
        <w:rPr>
          <w:rFonts w:ascii="Arrus BT" w:hAnsi="Arrus BT" w:hint="eastAsia"/>
        </w:rPr>
      </w:pPr>
      <w:proofErr w:type="gramStart"/>
      <w:r w:rsidRPr="00816F43">
        <w:rPr>
          <w:rFonts w:ascii="Segoe UI Symbol" w:hAnsi="Segoe UI Symbol" w:cs="Segoe UI Symbol"/>
        </w:rPr>
        <w:t>☐</w:t>
      </w:r>
      <w:r w:rsidRPr="00816F43">
        <w:rPr>
          <w:rFonts w:ascii="Arrus BT" w:hAnsi="Arrus BT"/>
        </w:rPr>
        <w:t xml:space="preserve">  Da</w:t>
      </w:r>
      <w:proofErr w:type="gram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će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prijavitelj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dostaviti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izvješće</w:t>
      </w:r>
      <w:proofErr w:type="spellEnd"/>
      <w:r w:rsidRPr="00816F43">
        <w:rPr>
          <w:rFonts w:ascii="Arrus BT" w:hAnsi="Arrus BT"/>
        </w:rPr>
        <w:t xml:space="preserve"> o provedbi </w:t>
      </w:r>
      <w:proofErr w:type="spellStart"/>
      <w:r w:rsidRPr="00816F43">
        <w:rPr>
          <w:rFonts w:ascii="Arrus BT" w:hAnsi="Arrus BT"/>
        </w:rPr>
        <w:t>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utrošku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sredstava</w:t>
      </w:r>
      <w:proofErr w:type="spellEnd"/>
      <w:r w:rsidRPr="00816F43">
        <w:rPr>
          <w:rFonts w:ascii="Arrus BT" w:hAnsi="Arrus BT"/>
        </w:rPr>
        <w:t xml:space="preserve"> u </w:t>
      </w:r>
      <w:proofErr w:type="spellStart"/>
      <w:r w:rsidRPr="00816F43">
        <w:rPr>
          <w:rFonts w:ascii="Arrus BT" w:hAnsi="Arrus BT"/>
        </w:rPr>
        <w:t>skladu</w:t>
      </w:r>
      <w:proofErr w:type="spellEnd"/>
      <w:r w:rsidRPr="00816F43">
        <w:rPr>
          <w:rFonts w:ascii="Arrus BT" w:hAnsi="Arrus BT"/>
        </w:rPr>
        <w:t xml:space="preserve"> s </w:t>
      </w:r>
      <w:proofErr w:type="spellStart"/>
      <w:r w:rsidRPr="00816F43">
        <w:rPr>
          <w:rFonts w:ascii="Arrus BT" w:hAnsi="Arrus BT"/>
        </w:rPr>
        <w:t>ugovorenim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rokovima</w:t>
      </w:r>
      <w:proofErr w:type="spellEnd"/>
      <w:r w:rsidRPr="00816F43">
        <w:rPr>
          <w:rFonts w:ascii="Arrus BT" w:hAnsi="Arrus BT"/>
        </w:rPr>
        <w:t>.</w:t>
      </w:r>
    </w:p>
    <w:p w14:paraId="0885C9B1" w14:textId="77777777" w:rsidR="00C1082F" w:rsidRPr="00816F43" w:rsidRDefault="00000000">
      <w:pPr>
        <w:spacing w:after="40"/>
        <w:ind w:left="216"/>
        <w:rPr>
          <w:rFonts w:ascii="Arrus BT" w:hAnsi="Arrus BT" w:hint="eastAsia"/>
        </w:rPr>
      </w:pPr>
      <w:proofErr w:type="gramStart"/>
      <w:r w:rsidRPr="00816F43">
        <w:rPr>
          <w:rFonts w:ascii="Segoe UI Symbol" w:hAnsi="Segoe UI Symbol" w:cs="Segoe UI Symbol"/>
        </w:rPr>
        <w:t>☐</w:t>
      </w:r>
      <w:r w:rsidRPr="00816F43">
        <w:rPr>
          <w:rFonts w:ascii="Arrus BT" w:hAnsi="Arrus BT"/>
        </w:rPr>
        <w:t xml:space="preserve">  Da</w:t>
      </w:r>
      <w:proofErr w:type="gramEnd"/>
      <w:r w:rsidRPr="00816F43">
        <w:rPr>
          <w:rFonts w:ascii="Arrus BT" w:hAnsi="Arrus BT"/>
        </w:rPr>
        <w:t xml:space="preserve"> je </w:t>
      </w:r>
      <w:proofErr w:type="spellStart"/>
      <w:r w:rsidRPr="00816F43">
        <w:rPr>
          <w:rFonts w:ascii="Arrus BT" w:hAnsi="Arrus BT"/>
        </w:rPr>
        <w:t>upoznat</w:t>
      </w:r>
      <w:proofErr w:type="spellEnd"/>
      <w:r w:rsidRPr="00816F43">
        <w:rPr>
          <w:rFonts w:ascii="Arrus BT" w:hAnsi="Arrus BT"/>
        </w:rPr>
        <w:t xml:space="preserve"> s </w:t>
      </w:r>
      <w:proofErr w:type="spellStart"/>
      <w:r w:rsidRPr="00816F43">
        <w:rPr>
          <w:rFonts w:ascii="Arrus BT" w:hAnsi="Arrus BT"/>
        </w:rPr>
        <w:t>kriterijima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vrednovanja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činjenicom</w:t>
      </w:r>
      <w:proofErr w:type="spellEnd"/>
      <w:r w:rsidRPr="00816F43">
        <w:rPr>
          <w:rFonts w:ascii="Arrus BT" w:hAnsi="Arrus BT"/>
        </w:rPr>
        <w:t xml:space="preserve"> da </w:t>
      </w:r>
      <w:proofErr w:type="spellStart"/>
      <w:r w:rsidRPr="00816F43">
        <w:rPr>
          <w:rFonts w:ascii="Arrus BT" w:hAnsi="Arrus BT"/>
        </w:rPr>
        <w:t>stručnu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ocjenu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provodi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Kulturno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vijeće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Općine</w:t>
      </w:r>
      <w:proofErr w:type="spellEnd"/>
      <w:r w:rsidRPr="00816F43">
        <w:rPr>
          <w:rFonts w:ascii="Arrus BT" w:hAnsi="Arrus BT"/>
        </w:rPr>
        <w:t xml:space="preserve"> Župa dubrovačka.</w:t>
      </w:r>
    </w:p>
    <w:p w14:paraId="0F973DE1" w14:textId="7D4F72E7" w:rsidR="00C1082F" w:rsidRDefault="00000000">
      <w:pPr>
        <w:spacing w:after="40"/>
        <w:ind w:left="216"/>
        <w:rPr>
          <w:rFonts w:ascii="Arrus BT" w:hAnsi="Arrus BT" w:hint="eastAsia"/>
        </w:rPr>
      </w:pPr>
      <w:proofErr w:type="gramStart"/>
      <w:r w:rsidRPr="00816F43">
        <w:rPr>
          <w:rFonts w:ascii="Segoe UI Symbol" w:hAnsi="Segoe UI Symbol" w:cs="Segoe UI Symbol"/>
        </w:rPr>
        <w:t>☐</w:t>
      </w:r>
      <w:r w:rsidRPr="00816F43">
        <w:rPr>
          <w:rFonts w:ascii="Arrus BT" w:hAnsi="Arrus BT"/>
        </w:rPr>
        <w:t xml:space="preserve">  Da</w:t>
      </w:r>
      <w:proofErr w:type="gram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podnošenje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prijave</w:t>
      </w:r>
      <w:proofErr w:type="spellEnd"/>
      <w:r w:rsidRPr="00816F43">
        <w:rPr>
          <w:rFonts w:ascii="Arrus BT" w:hAnsi="Arrus BT"/>
        </w:rPr>
        <w:t xml:space="preserve"> ne </w:t>
      </w:r>
      <w:proofErr w:type="spellStart"/>
      <w:r w:rsidRPr="00816F43">
        <w:rPr>
          <w:rFonts w:ascii="Arrus BT" w:hAnsi="Arrus BT"/>
        </w:rPr>
        <w:t>jamči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dodjelu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sredstava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niti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odobrenje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cjelokupnog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zatraženog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iznosa</w:t>
      </w:r>
      <w:proofErr w:type="spellEnd"/>
      <w:r w:rsidRPr="00816F43">
        <w:rPr>
          <w:rFonts w:ascii="Arrus BT" w:hAnsi="Arrus BT"/>
        </w:rPr>
        <w:t>.</w:t>
      </w:r>
    </w:p>
    <w:p w14:paraId="36F8415D" w14:textId="77777777" w:rsidR="002F43F9" w:rsidRPr="00816F43" w:rsidRDefault="002F43F9">
      <w:pPr>
        <w:spacing w:after="40"/>
        <w:ind w:left="216"/>
        <w:rPr>
          <w:rFonts w:ascii="Arrus BT" w:hAnsi="Arrus BT" w:hint="eastAsia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C1082F" w:rsidRPr="00816F43" w14:paraId="379E2B0E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2DAB84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Pitanje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/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podatak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B19CB6E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Odgovor</w:t>
            </w:r>
            <w:proofErr w:type="spellEnd"/>
          </w:p>
        </w:tc>
      </w:tr>
      <w:tr w:rsidR="00C1082F" w:rsidRPr="00816F43" w14:paraId="0103D7D4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E687BC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Mjesto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datum</w:t>
            </w:r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F2145C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00BD99A5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7BA1A8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sz w:val="18"/>
              </w:rPr>
              <w:t xml:space="preserve">Ime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prezime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ovlaštene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osobe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F56202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2A799098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BBFF89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Funkcija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46E98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br/>
            </w:r>
          </w:p>
        </w:tc>
      </w:tr>
      <w:tr w:rsidR="00C1082F" w:rsidRPr="00816F43" w14:paraId="7AE9D46B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ACDE07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Potpis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CE7EF8" w14:textId="624EE982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543F8179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871563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sz w:val="18"/>
              </w:rPr>
              <w:t>Pečat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ako</w:t>
            </w:r>
            <w:proofErr w:type="spellEnd"/>
            <w:r w:rsidRPr="00816F43">
              <w:rPr>
                <w:rFonts w:ascii="Arrus BT" w:hAnsi="Arrus BT"/>
                <w:b/>
                <w:sz w:val="18"/>
              </w:rPr>
              <w:t xml:space="preserve"> se </w:t>
            </w:r>
            <w:proofErr w:type="spellStart"/>
            <w:r w:rsidRPr="00816F43">
              <w:rPr>
                <w:rFonts w:ascii="Arrus BT" w:hAnsi="Arrus BT"/>
                <w:b/>
                <w:sz w:val="18"/>
              </w:rPr>
              <w:t>koristi</w:t>
            </w:r>
            <w:proofErr w:type="spellEnd"/>
          </w:p>
        </w:tc>
        <w:tc>
          <w:tcPr>
            <w:tcW w:w="5256" w:type="dxa"/>
            <w:shd w:val="clear" w:color="auto" w:fill="F7F9F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4C755F" w14:textId="0860F99F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</w:tbl>
    <w:p w14:paraId="2356CF22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C1082F" w:rsidRPr="00816F43" w14:paraId="5DCC0526" w14:textId="77777777">
        <w:trPr>
          <w:jc w:val="center"/>
        </w:trPr>
        <w:tc>
          <w:tcPr>
            <w:tcW w:w="10512" w:type="dxa"/>
            <w:shd w:val="clear" w:color="auto" w:fill="164E6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54550C77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24"/>
              </w:rPr>
              <w:t>XIII. POPIS PRILOGA</w:t>
            </w:r>
          </w:p>
        </w:tc>
      </w:tr>
    </w:tbl>
    <w:p w14:paraId="5CD1C2FA" w14:textId="77777777" w:rsidR="002F43F9" w:rsidRDefault="002F43F9">
      <w:pPr>
        <w:spacing w:after="40"/>
        <w:rPr>
          <w:rFonts w:ascii="Segoe UI Symbol" w:hAnsi="Segoe UI Symbol" w:cs="Segoe UI Symbol"/>
        </w:rPr>
      </w:pPr>
    </w:p>
    <w:p w14:paraId="2840EEB0" w14:textId="0F5F2883" w:rsidR="00530348" w:rsidRPr="00530348" w:rsidRDefault="00000000" w:rsidP="00530348">
      <w:pPr>
        <w:spacing w:after="40"/>
        <w:rPr>
          <w:rFonts w:ascii="Arrus BT" w:hAnsi="Arrus BT" w:hint="eastAsia"/>
        </w:rPr>
      </w:pPr>
      <w:proofErr w:type="gramStart"/>
      <w:r w:rsidRPr="00530348">
        <w:rPr>
          <w:rFonts w:ascii="Segoe UI Symbol" w:hAnsi="Segoe UI Symbol" w:cs="Segoe UI Symbol"/>
        </w:rPr>
        <w:t>☐</w:t>
      </w:r>
      <w:r w:rsidRPr="00530348">
        <w:rPr>
          <w:rFonts w:ascii="Arrus BT" w:hAnsi="Arrus BT"/>
        </w:rPr>
        <w:t xml:space="preserve">  </w:t>
      </w:r>
      <w:r w:rsidR="00530348" w:rsidRPr="00530348">
        <w:rPr>
          <w:rFonts w:ascii="Arrus BT" w:eastAsia="Calibri" w:hAnsi="Arrus BT"/>
          <w:bCs/>
          <w:color w:val="000000"/>
        </w:rPr>
        <w:t>FINANCIJSKI</w:t>
      </w:r>
      <w:proofErr w:type="gramEnd"/>
      <w:r w:rsidR="00530348" w:rsidRPr="00530348">
        <w:rPr>
          <w:rFonts w:ascii="Arrus BT" w:eastAsia="Calibri" w:hAnsi="Arrus BT"/>
          <w:bCs/>
          <w:color w:val="000000"/>
        </w:rPr>
        <w:t xml:space="preserve"> IZVJEŠTAJ O PROVEDBI PROGRAMA U 2026. GODINI</w:t>
      </w:r>
    </w:p>
    <w:p w14:paraId="6C5A2A77" w14:textId="77777777" w:rsidR="00530348" w:rsidRPr="00530348" w:rsidRDefault="00530348" w:rsidP="00530348">
      <w:pPr>
        <w:spacing w:after="0"/>
        <w:rPr>
          <w:rFonts w:ascii="Arrus BT" w:eastAsia="Calibri" w:hAnsi="Arrus BT"/>
          <w:color w:val="000000"/>
        </w:rPr>
      </w:pPr>
    </w:p>
    <w:p w14:paraId="65079431" w14:textId="50A1DAF8" w:rsidR="00530348" w:rsidRPr="00530348" w:rsidRDefault="00530348" w:rsidP="00530348">
      <w:pPr>
        <w:spacing w:after="0"/>
        <w:rPr>
          <w:rFonts w:ascii="Arrus BT" w:eastAsia="Calibri" w:hAnsi="Arrus BT"/>
          <w:color w:val="000000"/>
        </w:rPr>
      </w:pPr>
      <w:r w:rsidRPr="00530348">
        <w:rPr>
          <w:rFonts w:ascii="Arrus BT" w:eastAsia="Calibri" w:hAnsi="Arrus BT"/>
          <w:color w:val="000000"/>
        </w:rPr>
        <w:t xml:space="preserve">Za </w:t>
      </w:r>
      <w:proofErr w:type="spellStart"/>
      <w:r w:rsidRPr="00530348">
        <w:rPr>
          <w:rFonts w:ascii="Arrus BT" w:eastAsia="Calibri" w:hAnsi="Arrus BT"/>
          <w:color w:val="000000"/>
        </w:rPr>
        <w:t>sve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predlagatelje</w:t>
      </w:r>
      <w:proofErr w:type="spellEnd"/>
      <w:r w:rsidRPr="00530348">
        <w:rPr>
          <w:rFonts w:ascii="Arrus BT" w:eastAsia="Calibri" w:hAnsi="Arrus BT"/>
          <w:color w:val="000000"/>
        </w:rPr>
        <w:t xml:space="preserve"> koji </w:t>
      </w:r>
      <w:proofErr w:type="spellStart"/>
      <w:r w:rsidRPr="00530348">
        <w:rPr>
          <w:rFonts w:ascii="Arrus BT" w:eastAsia="Calibri" w:hAnsi="Arrus BT"/>
          <w:color w:val="000000"/>
        </w:rPr>
        <w:t>su</w:t>
      </w:r>
      <w:proofErr w:type="spellEnd"/>
      <w:r w:rsidRPr="00530348">
        <w:rPr>
          <w:rFonts w:ascii="Arrus BT" w:eastAsia="Calibri" w:hAnsi="Arrus BT"/>
          <w:color w:val="000000"/>
        </w:rPr>
        <w:t xml:space="preserve"> u 2026. </w:t>
      </w:r>
      <w:proofErr w:type="spellStart"/>
      <w:r w:rsidRPr="00530348">
        <w:rPr>
          <w:rFonts w:ascii="Arrus BT" w:eastAsia="Calibri" w:hAnsi="Arrus BT"/>
          <w:color w:val="000000"/>
        </w:rPr>
        <w:t>godini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koristili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sredstva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iz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Proračuna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Općine</w:t>
      </w:r>
      <w:proofErr w:type="spellEnd"/>
      <w:r w:rsidRPr="00530348">
        <w:rPr>
          <w:rFonts w:ascii="Arrus BT" w:eastAsia="Calibri" w:hAnsi="Arrus BT"/>
          <w:color w:val="000000"/>
        </w:rPr>
        <w:t xml:space="preserve"> Župa dubrovačka, </w:t>
      </w:r>
      <w:proofErr w:type="spellStart"/>
      <w:r w:rsidRPr="00530348">
        <w:rPr>
          <w:rFonts w:ascii="Arrus BT" w:eastAsia="Calibri" w:hAnsi="Arrus BT"/>
          <w:color w:val="000000"/>
        </w:rPr>
        <w:t>uvjet</w:t>
      </w:r>
      <w:proofErr w:type="spellEnd"/>
      <w:r w:rsidRPr="00530348">
        <w:rPr>
          <w:rFonts w:ascii="Arrus BT" w:eastAsia="Calibri" w:hAnsi="Arrus BT"/>
          <w:color w:val="000000"/>
        </w:rPr>
        <w:t xml:space="preserve"> za </w:t>
      </w:r>
      <w:proofErr w:type="spellStart"/>
      <w:r w:rsidRPr="00530348">
        <w:rPr>
          <w:rFonts w:ascii="Arrus BT" w:eastAsia="Calibri" w:hAnsi="Arrus BT"/>
          <w:color w:val="000000"/>
        </w:rPr>
        <w:t>razmatranje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ovog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obrasca</w:t>
      </w:r>
      <w:proofErr w:type="spellEnd"/>
      <w:r w:rsidRPr="00530348">
        <w:rPr>
          <w:rFonts w:ascii="Arrus BT" w:eastAsia="Calibri" w:hAnsi="Arrus BT"/>
          <w:color w:val="000000"/>
        </w:rPr>
        <w:t xml:space="preserve"> za </w:t>
      </w:r>
      <w:proofErr w:type="spellStart"/>
      <w:r w:rsidRPr="00530348">
        <w:rPr>
          <w:rFonts w:ascii="Arrus BT" w:eastAsia="Calibri" w:hAnsi="Arrus BT"/>
          <w:color w:val="000000"/>
        </w:rPr>
        <w:t>prijavu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i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dodjelu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sredstava</w:t>
      </w:r>
      <w:proofErr w:type="spellEnd"/>
      <w:r w:rsidRPr="00530348">
        <w:rPr>
          <w:rFonts w:ascii="Arrus BT" w:eastAsia="Calibri" w:hAnsi="Arrus BT"/>
          <w:color w:val="000000"/>
        </w:rPr>
        <w:t xml:space="preserve"> u </w:t>
      </w:r>
      <w:proofErr w:type="spellStart"/>
      <w:r w:rsidRPr="00530348">
        <w:rPr>
          <w:rFonts w:ascii="Arrus BT" w:eastAsia="Calibri" w:hAnsi="Arrus BT"/>
          <w:color w:val="000000"/>
        </w:rPr>
        <w:t>Proračunu</w:t>
      </w:r>
      <w:proofErr w:type="spellEnd"/>
      <w:r w:rsidRPr="00530348">
        <w:rPr>
          <w:rFonts w:ascii="Arrus BT" w:eastAsia="Calibri" w:hAnsi="Arrus BT"/>
          <w:color w:val="000000"/>
        </w:rPr>
        <w:t xml:space="preserve"> za 2027. g. jest </w:t>
      </w:r>
      <w:proofErr w:type="spellStart"/>
      <w:r w:rsidRPr="00530348">
        <w:rPr>
          <w:rFonts w:ascii="Arrus BT" w:eastAsia="Calibri" w:hAnsi="Arrus BT"/>
          <w:b/>
          <w:bCs/>
          <w:color w:val="000000"/>
          <w:u w:val="single"/>
        </w:rPr>
        <w:t>pravdanje</w:t>
      </w:r>
      <w:proofErr w:type="spellEnd"/>
      <w:r w:rsidRPr="00530348">
        <w:rPr>
          <w:rFonts w:ascii="Arrus BT" w:eastAsia="Calibri" w:hAnsi="Arrus BT"/>
          <w:b/>
          <w:bCs/>
          <w:color w:val="000000"/>
          <w:u w:val="single"/>
        </w:rPr>
        <w:t xml:space="preserve"> </w:t>
      </w:r>
      <w:proofErr w:type="spellStart"/>
      <w:r w:rsidRPr="00530348">
        <w:rPr>
          <w:rFonts w:ascii="Arrus BT" w:eastAsia="Calibri" w:hAnsi="Arrus BT"/>
          <w:b/>
          <w:bCs/>
          <w:color w:val="000000"/>
          <w:u w:val="single"/>
        </w:rPr>
        <w:t>sredstava</w:t>
      </w:r>
      <w:proofErr w:type="spellEnd"/>
      <w:r w:rsidRPr="00530348">
        <w:rPr>
          <w:rFonts w:ascii="Arrus BT" w:eastAsia="Calibri" w:hAnsi="Arrus BT"/>
          <w:b/>
          <w:bCs/>
          <w:color w:val="000000"/>
          <w:u w:val="single"/>
        </w:rPr>
        <w:t xml:space="preserve"> </w:t>
      </w:r>
      <w:proofErr w:type="spellStart"/>
      <w:r w:rsidRPr="00530348">
        <w:rPr>
          <w:rFonts w:ascii="Arrus BT" w:eastAsia="Calibri" w:hAnsi="Arrus BT"/>
          <w:b/>
          <w:bCs/>
          <w:color w:val="000000"/>
          <w:u w:val="single"/>
        </w:rPr>
        <w:t>iz</w:t>
      </w:r>
      <w:proofErr w:type="spellEnd"/>
      <w:r w:rsidRPr="00530348">
        <w:rPr>
          <w:rFonts w:ascii="Arrus BT" w:eastAsia="Calibri" w:hAnsi="Arrus BT"/>
          <w:b/>
          <w:bCs/>
          <w:color w:val="000000"/>
          <w:u w:val="single"/>
        </w:rPr>
        <w:t xml:space="preserve"> 2026. </w:t>
      </w:r>
      <w:proofErr w:type="spellStart"/>
      <w:r w:rsidRPr="00530348">
        <w:rPr>
          <w:rFonts w:ascii="Arrus BT" w:eastAsia="Calibri" w:hAnsi="Arrus BT"/>
          <w:b/>
          <w:bCs/>
          <w:color w:val="000000"/>
          <w:u w:val="single"/>
        </w:rPr>
        <w:t>godine</w:t>
      </w:r>
      <w:proofErr w:type="spellEnd"/>
      <w:r w:rsidRPr="00530348">
        <w:rPr>
          <w:rFonts w:ascii="Arrus BT" w:eastAsia="Calibri" w:hAnsi="Arrus BT"/>
          <w:color w:val="000000"/>
        </w:rPr>
        <w:t xml:space="preserve">. </w:t>
      </w:r>
    </w:p>
    <w:p w14:paraId="6ECCFFD4" w14:textId="77777777" w:rsidR="00530348" w:rsidRPr="00530348" w:rsidRDefault="00530348" w:rsidP="00530348">
      <w:pPr>
        <w:spacing w:after="0"/>
        <w:rPr>
          <w:rFonts w:ascii="Arrus BT" w:eastAsia="Calibri" w:hAnsi="Arrus BT"/>
          <w:b/>
          <w:color w:val="000000"/>
        </w:rPr>
      </w:pPr>
      <w:r w:rsidRPr="00530348">
        <w:rPr>
          <w:rFonts w:ascii="Arrus BT" w:eastAsia="Calibri" w:hAnsi="Arrus BT"/>
          <w:color w:val="000000"/>
        </w:rPr>
        <w:t xml:space="preserve">Rok za </w:t>
      </w:r>
      <w:proofErr w:type="spellStart"/>
      <w:r w:rsidRPr="00530348">
        <w:rPr>
          <w:rFonts w:ascii="Arrus BT" w:eastAsia="Calibri" w:hAnsi="Arrus BT"/>
          <w:color w:val="000000"/>
        </w:rPr>
        <w:t>dostavu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pravdanja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sredstava</w:t>
      </w:r>
      <w:proofErr w:type="spellEnd"/>
      <w:r w:rsidRPr="00530348">
        <w:rPr>
          <w:rFonts w:ascii="Arrus BT" w:eastAsia="Calibri" w:hAnsi="Arrus BT"/>
          <w:color w:val="000000"/>
        </w:rPr>
        <w:t xml:space="preserve"> je do </w:t>
      </w:r>
      <w:r w:rsidRPr="00530348">
        <w:rPr>
          <w:rFonts w:ascii="Arrus BT" w:eastAsia="Calibri" w:hAnsi="Arrus BT"/>
          <w:b/>
          <w:color w:val="000000"/>
        </w:rPr>
        <w:t xml:space="preserve">31. </w:t>
      </w:r>
      <w:proofErr w:type="spellStart"/>
      <w:r w:rsidRPr="00530348">
        <w:rPr>
          <w:rFonts w:ascii="Arrus BT" w:eastAsia="Calibri" w:hAnsi="Arrus BT"/>
          <w:b/>
          <w:color w:val="000000"/>
        </w:rPr>
        <w:t>prosinca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 2026.</w:t>
      </w:r>
    </w:p>
    <w:p w14:paraId="34DFBFEC" w14:textId="229DE76D" w:rsidR="00530348" w:rsidRPr="00530348" w:rsidRDefault="00530348" w:rsidP="00530348">
      <w:pPr>
        <w:spacing w:after="0"/>
        <w:rPr>
          <w:rFonts w:ascii="Arrus BT" w:hAnsi="Arrus BT" w:hint="eastAsia"/>
          <w:b/>
          <w:bCs/>
        </w:rPr>
      </w:pPr>
      <w:r w:rsidRPr="00530348">
        <w:rPr>
          <w:rFonts w:ascii="Arrus BT" w:hAnsi="Arrus BT"/>
          <w:b/>
          <w:bCs/>
        </w:rPr>
        <w:t xml:space="preserve">Za one </w:t>
      </w:r>
      <w:proofErr w:type="spellStart"/>
      <w:r w:rsidRPr="00530348">
        <w:rPr>
          <w:rFonts w:ascii="Arrus BT" w:hAnsi="Arrus BT"/>
          <w:b/>
          <w:bCs/>
        </w:rPr>
        <w:t>organizacije</w:t>
      </w:r>
      <w:proofErr w:type="spellEnd"/>
      <w:r w:rsidRPr="00530348">
        <w:rPr>
          <w:rFonts w:ascii="Arrus BT" w:hAnsi="Arrus BT"/>
          <w:b/>
          <w:bCs/>
        </w:rPr>
        <w:t xml:space="preserve"> </w:t>
      </w:r>
      <w:proofErr w:type="spellStart"/>
      <w:r w:rsidRPr="00530348">
        <w:rPr>
          <w:rFonts w:ascii="Arrus BT" w:hAnsi="Arrus BT"/>
          <w:b/>
          <w:bCs/>
        </w:rPr>
        <w:t>koje</w:t>
      </w:r>
      <w:proofErr w:type="spellEnd"/>
      <w:r w:rsidRPr="00530348">
        <w:rPr>
          <w:rFonts w:ascii="Arrus BT" w:hAnsi="Arrus BT"/>
          <w:b/>
          <w:bCs/>
        </w:rPr>
        <w:t xml:space="preserve"> </w:t>
      </w:r>
      <w:proofErr w:type="spellStart"/>
      <w:r w:rsidRPr="00530348">
        <w:rPr>
          <w:rFonts w:ascii="Arrus BT" w:hAnsi="Arrus BT"/>
          <w:b/>
          <w:bCs/>
        </w:rPr>
        <w:t>vode</w:t>
      </w:r>
      <w:proofErr w:type="spellEnd"/>
      <w:r w:rsidRPr="00530348">
        <w:rPr>
          <w:rFonts w:ascii="Arrus BT" w:hAnsi="Arrus BT"/>
          <w:b/>
          <w:bCs/>
        </w:rPr>
        <w:t xml:space="preserve"> </w:t>
      </w:r>
      <w:proofErr w:type="spellStart"/>
      <w:r w:rsidRPr="00530348">
        <w:rPr>
          <w:rFonts w:ascii="Arrus BT" w:hAnsi="Arrus BT"/>
          <w:b/>
          <w:bCs/>
        </w:rPr>
        <w:t>dvojno</w:t>
      </w:r>
      <w:proofErr w:type="spellEnd"/>
      <w:r w:rsidRPr="00530348">
        <w:rPr>
          <w:rFonts w:ascii="Arrus BT" w:hAnsi="Arrus BT"/>
          <w:b/>
          <w:bCs/>
        </w:rPr>
        <w:t xml:space="preserve"> </w:t>
      </w:r>
      <w:proofErr w:type="spellStart"/>
      <w:r w:rsidRPr="00530348">
        <w:rPr>
          <w:rFonts w:ascii="Arrus BT" w:hAnsi="Arrus BT"/>
          <w:b/>
          <w:bCs/>
        </w:rPr>
        <w:t>knjigovodstvo</w:t>
      </w:r>
      <w:proofErr w:type="spellEnd"/>
      <w:r w:rsidRPr="00530348">
        <w:rPr>
          <w:rFonts w:ascii="Arrus BT" w:hAnsi="Arrus BT"/>
          <w:b/>
          <w:bCs/>
        </w:rPr>
        <w:t xml:space="preserve">: </w:t>
      </w:r>
    </w:p>
    <w:p w14:paraId="06D28320" w14:textId="77777777" w:rsidR="00530348" w:rsidRPr="00530348" w:rsidRDefault="00530348" w:rsidP="00530348">
      <w:pPr>
        <w:spacing w:after="0"/>
        <w:rPr>
          <w:rFonts w:ascii="Arrus BT" w:hAnsi="Arrus BT" w:hint="eastAsia"/>
        </w:rPr>
      </w:pPr>
      <w:r w:rsidRPr="00530348">
        <w:rPr>
          <w:rFonts w:ascii="Arrus BT" w:hAnsi="Arrus BT"/>
        </w:rPr>
        <w:t xml:space="preserve">1. </w:t>
      </w:r>
      <w:proofErr w:type="spellStart"/>
      <w:r w:rsidRPr="00530348">
        <w:rPr>
          <w:rFonts w:ascii="Arrus BT" w:hAnsi="Arrus BT"/>
        </w:rPr>
        <w:t>Preslika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Bilance</w:t>
      </w:r>
      <w:proofErr w:type="spellEnd"/>
      <w:r w:rsidRPr="00530348">
        <w:rPr>
          <w:rFonts w:ascii="Arrus BT" w:hAnsi="Arrus BT"/>
        </w:rPr>
        <w:t xml:space="preserve"> za 2026. </w:t>
      </w:r>
      <w:proofErr w:type="spellStart"/>
      <w:r w:rsidRPr="00530348">
        <w:rPr>
          <w:rFonts w:ascii="Arrus BT" w:hAnsi="Arrus BT"/>
        </w:rPr>
        <w:t>godinu</w:t>
      </w:r>
      <w:proofErr w:type="spellEnd"/>
      <w:r w:rsidRPr="00530348">
        <w:rPr>
          <w:rFonts w:ascii="Arrus BT" w:hAnsi="Arrus BT"/>
        </w:rPr>
        <w:t xml:space="preserve"> (Obrazac BIL-NPF)</w:t>
      </w:r>
    </w:p>
    <w:p w14:paraId="54FD138D" w14:textId="77777777" w:rsidR="00530348" w:rsidRPr="00530348" w:rsidRDefault="00530348" w:rsidP="00530348">
      <w:pPr>
        <w:spacing w:after="0"/>
        <w:rPr>
          <w:rFonts w:ascii="Arrus BT" w:hAnsi="Arrus BT" w:hint="eastAsia"/>
        </w:rPr>
      </w:pPr>
      <w:r w:rsidRPr="00530348">
        <w:rPr>
          <w:rFonts w:ascii="Arrus BT" w:hAnsi="Arrus BT"/>
        </w:rPr>
        <w:t xml:space="preserve">2. </w:t>
      </w:r>
      <w:proofErr w:type="spellStart"/>
      <w:r w:rsidRPr="00530348">
        <w:rPr>
          <w:rFonts w:ascii="Arrus BT" w:hAnsi="Arrus BT"/>
        </w:rPr>
        <w:t>Preslika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Izvještaja</w:t>
      </w:r>
      <w:proofErr w:type="spellEnd"/>
      <w:r w:rsidRPr="00530348">
        <w:rPr>
          <w:rFonts w:ascii="Arrus BT" w:hAnsi="Arrus BT"/>
        </w:rPr>
        <w:t xml:space="preserve"> o </w:t>
      </w:r>
      <w:proofErr w:type="spellStart"/>
      <w:r w:rsidRPr="00530348">
        <w:rPr>
          <w:rFonts w:ascii="Arrus BT" w:hAnsi="Arrus BT"/>
        </w:rPr>
        <w:t>prihodima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i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rashodima</w:t>
      </w:r>
      <w:proofErr w:type="spellEnd"/>
      <w:r w:rsidRPr="00530348">
        <w:rPr>
          <w:rFonts w:ascii="Arrus BT" w:hAnsi="Arrus BT"/>
        </w:rPr>
        <w:t xml:space="preserve"> za 2026. </w:t>
      </w:r>
      <w:proofErr w:type="spellStart"/>
      <w:r w:rsidRPr="00530348">
        <w:rPr>
          <w:rFonts w:ascii="Arrus BT" w:hAnsi="Arrus BT"/>
        </w:rPr>
        <w:t>godinu</w:t>
      </w:r>
      <w:proofErr w:type="spellEnd"/>
      <w:r w:rsidRPr="00530348">
        <w:rPr>
          <w:rFonts w:ascii="Arrus BT" w:hAnsi="Arrus BT"/>
        </w:rPr>
        <w:t xml:space="preserve"> (Obrazac PR-RAS-NPF)</w:t>
      </w:r>
    </w:p>
    <w:p w14:paraId="0BE3F985" w14:textId="77777777" w:rsidR="00530348" w:rsidRPr="00530348" w:rsidRDefault="00530348" w:rsidP="00530348">
      <w:pPr>
        <w:spacing w:after="0"/>
        <w:rPr>
          <w:rFonts w:ascii="Arrus BT" w:hAnsi="Arrus BT" w:hint="eastAsia"/>
        </w:rPr>
      </w:pPr>
      <w:r w:rsidRPr="00530348">
        <w:rPr>
          <w:rFonts w:ascii="Arrus BT" w:hAnsi="Arrus BT"/>
        </w:rPr>
        <w:t xml:space="preserve">3. </w:t>
      </w:r>
      <w:proofErr w:type="spellStart"/>
      <w:r w:rsidRPr="00530348">
        <w:rPr>
          <w:rFonts w:ascii="Arrus BT" w:hAnsi="Arrus BT"/>
        </w:rPr>
        <w:t>Preslika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potvrde</w:t>
      </w:r>
      <w:proofErr w:type="spellEnd"/>
      <w:r w:rsidRPr="00530348">
        <w:rPr>
          <w:rFonts w:ascii="Arrus BT" w:hAnsi="Arrus BT"/>
        </w:rPr>
        <w:t xml:space="preserve"> da je </w:t>
      </w:r>
      <w:proofErr w:type="spellStart"/>
      <w:r w:rsidRPr="00530348">
        <w:rPr>
          <w:rFonts w:ascii="Arrus BT" w:hAnsi="Arrus BT"/>
        </w:rPr>
        <w:t>ista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predana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nadležnim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institucijama</w:t>
      </w:r>
      <w:proofErr w:type="spellEnd"/>
    </w:p>
    <w:p w14:paraId="37AE5337" w14:textId="2778F12F" w:rsidR="00530348" w:rsidRDefault="00530348" w:rsidP="00530348">
      <w:pPr>
        <w:spacing w:after="0"/>
        <w:rPr>
          <w:rFonts w:ascii="Arrus BT" w:hAnsi="Arrus BT" w:hint="eastAsia"/>
        </w:rPr>
      </w:pPr>
      <w:r w:rsidRPr="00530348">
        <w:rPr>
          <w:rFonts w:ascii="Arrus BT" w:hAnsi="Arrus BT"/>
        </w:rPr>
        <w:t xml:space="preserve">4. </w:t>
      </w:r>
      <w:proofErr w:type="spellStart"/>
      <w:r w:rsidRPr="00530348">
        <w:rPr>
          <w:rFonts w:ascii="Arrus BT" w:hAnsi="Arrus BT"/>
        </w:rPr>
        <w:t>Preslike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računa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i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sklopljenih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ugovora</w:t>
      </w:r>
      <w:proofErr w:type="spellEnd"/>
      <w:r w:rsidRPr="00530348">
        <w:rPr>
          <w:rFonts w:ascii="Arrus BT" w:hAnsi="Arrus BT"/>
        </w:rPr>
        <w:t xml:space="preserve"> </w:t>
      </w:r>
    </w:p>
    <w:p w14:paraId="6B33D9B9" w14:textId="5FD912DE" w:rsidR="003B2483" w:rsidRPr="00530348" w:rsidRDefault="003B2483" w:rsidP="00530348">
      <w:pPr>
        <w:spacing w:after="0"/>
        <w:rPr>
          <w:rFonts w:ascii="Arrus BT" w:hAnsi="Arrus BT" w:hint="eastAsia"/>
        </w:rPr>
      </w:pPr>
      <w:r>
        <w:rPr>
          <w:rFonts w:ascii="Arrus BT" w:hAnsi="Arrus BT"/>
        </w:rPr>
        <w:t xml:space="preserve">5. </w:t>
      </w:r>
      <w:r w:rsidRPr="003B2483">
        <w:rPr>
          <w:rFonts w:ascii="Arrus BT" w:hAnsi="Arrus BT"/>
        </w:rPr>
        <w:t xml:space="preserve">OBRAZAC </w:t>
      </w:r>
      <w:proofErr w:type="gramStart"/>
      <w:r w:rsidRPr="003B2483">
        <w:rPr>
          <w:rFonts w:ascii="Arrus BT" w:hAnsi="Arrus BT"/>
        </w:rPr>
        <w:t>IZVJEŠĆA  o</w:t>
      </w:r>
      <w:proofErr w:type="gramEnd"/>
      <w:r w:rsidRPr="003B2483">
        <w:rPr>
          <w:rFonts w:ascii="Arrus BT" w:hAnsi="Arrus BT"/>
        </w:rPr>
        <w:t xml:space="preserve"> </w:t>
      </w:r>
      <w:proofErr w:type="spellStart"/>
      <w:r w:rsidRPr="003B2483">
        <w:rPr>
          <w:rFonts w:ascii="Arrus BT" w:hAnsi="Arrus BT"/>
        </w:rPr>
        <w:t>namjenskom</w:t>
      </w:r>
      <w:proofErr w:type="spellEnd"/>
      <w:r w:rsidRPr="003B2483">
        <w:rPr>
          <w:rFonts w:ascii="Arrus BT" w:hAnsi="Arrus BT"/>
        </w:rPr>
        <w:t xml:space="preserve"> </w:t>
      </w:r>
      <w:proofErr w:type="spellStart"/>
      <w:r w:rsidRPr="003B2483">
        <w:rPr>
          <w:rFonts w:ascii="Arrus BT" w:hAnsi="Arrus BT"/>
        </w:rPr>
        <w:t>trošenju</w:t>
      </w:r>
      <w:proofErr w:type="spellEnd"/>
      <w:r w:rsidRPr="003B2483">
        <w:rPr>
          <w:rFonts w:ascii="Arrus BT" w:hAnsi="Arrus BT"/>
        </w:rPr>
        <w:t xml:space="preserve"> </w:t>
      </w:r>
      <w:proofErr w:type="spellStart"/>
      <w:r w:rsidRPr="003B2483">
        <w:rPr>
          <w:rFonts w:ascii="Arrus BT" w:hAnsi="Arrus BT"/>
        </w:rPr>
        <w:t>sredstava</w:t>
      </w:r>
      <w:proofErr w:type="spellEnd"/>
      <w:r w:rsidRPr="003B2483">
        <w:rPr>
          <w:rFonts w:ascii="Arrus BT" w:hAnsi="Arrus BT"/>
        </w:rPr>
        <w:t xml:space="preserve"> </w:t>
      </w:r>
      <w:proofErr w:type="spellStart"/>
      <w:r w:rsidRPr="003B2483">
        <w:rPr>
          <w:rFonts w:ascii="Arrus BT" w:hAnsi="Arrus BT"/>
        </w:rPr>
        <w:t>na</w:t>
      </w:r>
      <w:proofErr w:type="spellEnd"/>
      <w:r w:rsidRPr="003B2483">
        <w:rPr>
          <w:rFonts w:ascii="Arrus BT" w:hAnsi="Arrus BT"/>
        </w:rPr>
        <w:t xml:space="preserve"> </w:t>
      </w:r>
      <w:proofErr w:type="spellStart"/>
      <w:r w:rsidRPr="003B2483">
        <w:rPr>
          <w:rFonts w:ascii="Arrus BT" w:hAnsi="Arrus BT"/>
        </w:rPr>
        <w:t>temelju</w:t>
      </w:r>
      <w:proofErr w:type="spellEnd"/>
      <w:r w:rsidRPr="003B2483">
        <w:rPr>
          <w:rFonts w:ascii="Arrus BT" w:hAnsi="Arrus BT"/>
        </w:rPr>
        <w:t xml:space="preserve"> </w:t>
      </w:r>
      <w:proofErr w:type="spellStart"/>
      <w:r w:rsidRPr="003B2483">
        <w:rPr>
          <w:rFonts w:ascii="Arrus BT" w:hAnsi="Arrus BT"/>
        </w:rPr>
        <w:t>dodijeljenih</w:t>
      </w:r>
      <w:proofErr w:type="spellEnd"/>
      <w:r w:rsidRPr="003B2483">
        <w:rPr>
          <w:rFonts w:ascii="Arrus BT" w:hAnsi="Arrus BT"/>
        </w:rPr>
        <w:t xml:space="preserve"> </w:t>
      </w:r>
      <w:proofErr w:type="spellStart"/>
      <w:r w:rsidRPr="003B2483">
        <w:rPr>
          <w:rFonts w:ascii="Arrus BT" w:hAnsi="Arrus BT"/>
        </w:rPr>
        <w:t>sredstva</w:t>
      </w:r>
      <w:proofErr w:type="spellEnd"/>
      <w:r w:rsidRPr="003B2483">
        <w:rPr>
          <w:rFonts w:ascii="Arrus BT" w:hAnsi="Arrus BT"/>
        </w:rPr>
        <w:t xml:space="preserve"> </w:t>
      </w:r>
      <w:proofErr w:type="spellStart"/>
      <w:r w:rsidRPr="003B2483">
        <w:rPr>
          <w:rFonts w:ascii="Arrus BT" w:hAnsi="Arrus BT"/>
        </w:rPr>
        <w:t>iz</w:t>
      </w:r>
      <w:proofErr w:type="spellEnd"/>
      <w:r w:rsidRPr="003B2483">
        <w:rPr>
          <w:rFonts w:ascii="Arrus BT" w:hAnsi="Arrus BT"/>
        </w:rPr>
        <w:t xml:space="preserve"> </w:t>
      </w:r>
      <w:proofErr w:type="spellStart"/>
      <w:r w:rsidRPr="003B2483">
        <w:rPr>
          <w:rFonts w:ascii="Arrus BT" w:hAnsi="Arrus BT"/>
        </w:rPr>
        <w:t>sufinanciranja</w:t>
      </w:r>
      <w:proofErr w:type="spellEnd"/>
      <w:r w:rsidRPr="003B2483">
        <w:rPr>
          <w:rFonts w:ascii="Arrus BT" w:hAnsi="Arrus BT"/>
        </w:rPr>
        <w:t> </w:t>
      </w:r>
    </w:p>
    <w:p w14:paraId="35BB3561" w14:textId="77777777" w:rsidR="00530348" w:rsidRPr="00530348" w:rsidRDefault="00530348" w:rsidP="00530348">
      <w:pPr>
        <w:spacing w:after="0"/>
        <w:rPr>
          <w:rFonts w:ascii="Arrus BT" w:hAnsi="Arrus BT" w:hint="eastAsia"/>
          <w:b/>
          <w:bCs/>
        </w:rPr>
      </w:pPr>
      <w:r w:rsidRPr="00530348">
        <w:rPr>
          <w:rFonts w:ascii="Arrus BT" w:hAnsi="Arrus BT"/>
          <w:b/>
          <w:bCs/>
        </w:rPr>
        <w:t xml:space="preserve">Za </w:t>
      </w:r>
      <w:proofErr w:type="spellStart"/>
      <w:r w:rsidRPr="00530348">
        <w:rPr>
          <w:rFonts w:ascii="Arrus BT" w:hAnsi="Arrus BT"/>
          <w:b/>
          <w:bCs/>
        </w:rPr>
        <w:t>organizacije</w:t>
      </w:r>
      <w:proofErr w:type="spellEnd"/>
      <w:r w:rsidRPr="00530348">
        <w:rPr>
          <w:rFonts w:ascii="Arrus BT" w:hAnsi="Arrus BT"/>
          <w:b/>
          <w:bCs/>
        </w:rPr>
        <w:t xml:space="preserve"> </w:t>
      </w:r>
      <w:proofErr w:type="spellStart"/>
      <w:r w:rsidRPr="00530348">
        <w:rPr>
          <w:rFonts w:ascii="Arrus BT" w:hAnsi="Arrus BT"/>
          <w:b/>
          <w:bCs/>
        </w:rPr>
        <w:t>koje</w:t>
      </w:r>
      <w:proofErr w:type="spellEnd"/>
      <w:r w:rsidRPr="00530348">
        <w:rPr>
          <w:rFonts w:ascii="Arrus BT" w:hAnsi="Arrus BT"/>
          <w:b/>
          <w:bCs/>
        </w:rPr>
        <w:t xml:space="preserve"> </w:t>
      </w:r>
      <w:proofErr w:type="spellStart"/>
      <w:r w:rsidRPr="00530348">
        <w:rPr>
          <w:rFonts w:ascii="Arrus BT" w:hAnsi="Arrus BT"/>
          <w:b/>
          <w:bCs/>
        </w:rPr>
        <w:t>su</w:t>
      </w:r>
      <w:proofErr w:type="spellEnd"/>
      <w:r w:rsidRPr="00530348">
        <w:rPr>
          <w:rFonts w:ascii="Arrus BT" w:hAnsi="Arrus BT"/>
          <w:b/>
          <w:bCs/>
        </w:rPr>
        <w:t xml:space="preserve"> u </w:t>
      </w:r>
      <w:proofErr w:type="spellStart"/>
      <w:r w:rsidRPr="00530348">
        <w:rPr>
          <w:rFonts w:ascii="Arrus BT" w:hAnsi="Arrus BT"/>
          <w:b/>
          <w:bCs/>
        </w:rPr>
        <w:t>sustavu</w:t>
      </w:r>
      <w:proofErr w:type="spellEnd"/>
      <w:r w:rsidRPr="00530348">
        <w:rPr>
          <w:rFonts w:ascii="Arrus BT" w:hAnsi="Arrus BT"/>
          <w:b/>
          <w:bCs/>
        </w:rPr>
        <w:t xml:space="preserve"> </w:t>
      </w:r>
      <w:proofErr w:type="spellStart"/>
      <w:r w:rsidRPr="00530348">
        <w:rPr>
          <w:rFonts w:ascii="Arrus BT" w:hAnsi="Arrus BT"/>
          <w:b/>
          <w:bCs/>
        </w:rPr>
        <w:t>jednostavnog</w:t>
      </w:r>
      <w:proofErr w:type="spellEnd"/>
      <w:r w:rsidRPr="00530348">
        <w:rPr>
          <w:rFonts w:ascii="Arrus BT" w:hAnsi="Arrus BT"/>
          <w:b/>
          <w:bCs/>
        </w:rPr>
        <w:t xml:space="preserve"> </w:t>
      </w:r>
      <w:proofErr w:type="spellStart"/>
      <w:r w:rsidRPr="00530348">
        <w:rPr>
          <w:rFonts w:ascii="Arrus BT" w:hAnsi="Arrus BT"/>
          <w:b/>
          <w:bCs/>
        </w:rPr>
        <w:t>knjigovodstva</w:t>
      </w:r>
      <w:proofErr w:type="spellEnd"/>
      <w:r w:rsidRPr="00530348">
        <w:rPr>
          <w:rFonts w:ascii="Arrus BT" w:hAnsi="Arrus BT"/>
          <w:b/>
          <w:bCs/>
        </w:rPr>
        <w:t xml:space="preserve">: </w:t>
      </w:r>
    </w:p>
    <w:p w14:paraId="69FBA041" w14:textId="77777777" w:rsidR="00530348" w:rsidRPr="00530348" w:rsidRDefault="00530348" w:rsidP="00530348">
      <w:pPr>
        <w:spacing w:after="0"/>
        <w:rPr>
          <w:rFonts w:ascii="Arrus BT" w:hAnsi="Arrus BT" w:hint="eastAsia"/>
        </w:rPr>
      </w:pPr>
      <w:r w:rsidRPr="00530348">
        <w:rPr>
          <w:rFonts w:ascii="Arrus BT" w:hAnsi="Arrus BT"/>
        </w:rPr>
        <w:t xml:space="preserve">1. </w:t>
      </w:r>
      <w:proofErr w:type="spellStart"/>
      <w:r w:rsidRPr="00530348">
        <w:rPr>
          <w:rFonts w:ascii="Arrus BT" w:hAnsi="Arrus BT"/>
        </w:rPr>
        <w:t>Godišnji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financijski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Izvještaj</w:t>
      </w:r>
      <w:proofErr w:type="spellEnd"/>
      <w:r w:rsidRPr="00530348">
        <w:rPr>
          <w:rFonts w:ascii="Arrus BT" w:hAnsi="Arrus BT"/>
        </w:rPr>
        <w:t xml:space="preserve"> o </w:t>
      </w:r>
      <w:proofErr w:type="spellStart"/>
      <w:r w:rsidRPr="00530348">
        <w:rPr>
          <w:rFonts w:ascii="Arrus BT" w:hAnsi="Arrus BT"/>
        </w:rPr>
        <w:t>primicima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i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izdacima</w:t>
      </w:r>
      <w:proofErr w:type="spellEnd"/>
      <w:r w:rsidRPr="00530348">
        <w:rPr>
          <w:rFonts w:ascii="Arrus BT" w:hAnsi="Arrus BT"/>
        </w:rPr>
        <w:t xml:space="preserve"> (Obrazac G-PR-IZ-NPF) </w:t>
      </w:r>
    </w:p>
    <w:p w14:paraId="753FCB88" w14:textId="77777777" w:rsidR="00530348" w:rsidRPr="00530348" w:rsidRDefault="00530348" w:rsidP="00530348">
      <w:pPr>
        <w:spacing w:after="0"/>
        <w:rPr>
          <w:rFonts w:ascii="Arrus BT" w:hAnsi="Arrus BT" w:hint="eastAsia"/>
        </w:rPr>
      </w:pPr>
      <w:r w:rsidRPr="00530348">
        <w:rPr>
          <w:rFonts w:ascii="Arrus BT" w:hAnsi="Arrus BT"/>
        </w:rPr>
        <w:t xml:space="preserve">2. </w:t>
      </w:r>
      <w:proofErr w:type="spellStart"/>
      <w:r w:rsidRPr="00530348">
        <w:rPr>
          <w:rFonts w:ascii="Arrus BT" w:hAnsi="Arrus BT"/>
        </w:rPr>
        <w:t>Preslik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potvrde</w:t>
      </w:r>
      <w:proofErr w:type="spellEnd"/>
      <w:r w:rsidRPr="00530348">
        <w:rPr>
          <w:rFonts w:ascii="Arrus BT" w:hAnsi="Arrus BT"/>
        </w:rPr>
        <w:t xml:space="preserve"> da je </w:t>
      </w:r>
      <w:proofErr w:type="spellStart"/>
      <w:r w:rsidRPr="00530348">
        <w:rPr>
          <w:rFonts w:ascii="Arrus BT" w:hAnsi="Arrus BT"/>
        </w:rPr>
        <w:t>ista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predana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nadležnim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institucijama</w:t>
      </w:r>
      <w:proofErr w:type="spellEnd"/>
    </w:p>
    <w:p w14:paraId="50861000" w14:textId="77777777" w:rsidR="003B2483" w:rsidRDefault="00530348" w:rsidP="00530348">
      <w:pPr>
        <w:spacing w:after="0"/>
        <w:rPr>
          <w:rFonts w:ascii="Arrus BT" w:hAnsi="Arrus BT" w:hint="eastAsia"/>
        </w:rPr>
      </w:pPr>
      <w:r w:rsidRPr="00530348">
        <w:rPr>
          <w:rFonts w:ascii="Arrus BT" w:hAnsi="Arrus BT"/>
        </w:rPr>
        <w:t xml:space="preserve">3. </w:t>
      </w:r>
      <w:proofErr w:type="spellStart"/>
      <w:r w:rsidRPr="00530348">
        <w:rPr>
          <w:rFonts w:ascii="Arrus BT" w:hAnsi="Arrus BT"/>
        </w:rPr>
        <w:t>Preslike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računa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i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sklopljenih</w:t>
      </w:r>
      <w:proofErr w:type="spellEnd"/>
      <w:r w:rsidRPr="00530348">
        <w:rPr>
          <w:rFonts w:ascii="Arrus BT" w:hAnsi="Arrus BT"/>
        </w:rPr>
        <w:t xml:space="preserve"> </w:t>
      </w:r>
      <w:proofErr w:type="spellStart"/>
      <w:r w:rsidRPr="00530348">
        <w:rPr>
          <w:rFonts w:ascii="Arrus BT" w:hAnsi="Arrus BT"/>
        </w:rPr>
        <w:t>ugovora</w:t>
      </w:r>
      <w:proofErr w:type="spellEnd"/>
      <w:r w:rsidRPr="00530348">
        <w:rPr>
          <w:rFonts w:ascii="Arrus BT" w:hAnsi="Arrus BT"/>
        </w:rPr>
        <w:t xml:space="preserve"> </w:t>
      </w:r>
    </w:p>
    <w:p w14:paraId="2B700C28" w14:textId="5B4FFB9A" w:rsidR="00530348" w:rsidRPr="00530348" w:rsidRDefault="003B2483" w:rsidP="00530348">
      <w:pPr>
        <w:spacing w:after="0"/>
        <w:rPr>
          <w:rFonts w:ascii="Arrus BT" w:hAnsi="Arrus BT" w:hint="eastAsia"/>
        </w:rPr>
      </w:pPr>
      <w:r>
        <w:rPr>
          <w:rFonts w:ascii="Arrus BT" w:hAnsi="Arrus BT"/>
        </w:rPr>
        <w:t>4.</w:t>
      </w:r>
      <w:r w:rsidRPr="003B2483">
        <w:rPr>
          <w:rFonts w:ascii="Arrus BT" w:hAnsi="Arrus BT"/>
          <w:szCs w:val="19"/>
          <w:shd w:val="clear" w:color="auto" w:fill="FFFFFF"/>
        </w:rPr>
        <w:t xml:space="preserve"> </w:t>
      </w:r>
      <w:r w:rsidRPr="003B2483">
        <w:rPr>
          <w:rFonts w:ascii="Arrus BT" w:hAnsi="Arrus BT"/>
        </w:rPr>
        <w:t xml:space="preserve">OBRAZAC </w:t>
      </w:r>
      <w:proofErr w:type="gramStart"/>
      <w:r w:rsidRPr="003B2483">
        <w:rPr>
          <w:rFonts w:ascii="Arrus BT" w:hAnsi="Arrus BT"/>
        </w:rPr>
        <w:t>IZVJEŠĆA  o</w:t>
      </w:r>
      <w:proofErr w:type="gramEnd"/>
      <w:r w:rsidRPr="003B2483">
        <w:rPr>
          <w:rFonts w:ascii="Arrus BT" w:hAnsi="Arrus BT"/>
        </w:rPr>
        <w:t xml:space="preserve"> </w:t>
      </w:r>
      <w:proofErr w:type="spellStart"/>
      <w:r w:rsidRPr="003B2483">
        <w:rPr>
          <w:rFonts w:ascii="Arrus BT" w:hAnsi="Arrus BT"/>
        </w:rPr>
        <w:t>namjenskom</w:t>
      </w:r>
      <w:proofErr w:type="spellEnd"/>
      <w:r w:rsidRPr="003B2483">
        <w:rPr>
          <w:rFonts w:ascii="Arrus BT" w:hAnsi="Arrus BT"/>
        </w:rPr>
        <w:t xml:space="preserve"> </w:t>
      </w:r>
      <w:proofErr w:type="spellStart"/>
      <w:r w:rsidRPr="003B2483">
        <w:rPr>
          <w:rFonts w:ascii="Arrus BT" w:hAnsi="Arrus BT"/>
        </w:rPr>
        <w:t>trošenju</w:t>
      </w:r>
      <w:proofErr w:type="spellEnd"/>
      <w:r w:rsidRPr="003B2483">
        <w:rPr>
          <w:rFonts w:ascii="Arrus BT" w:hAnsi="Arrus BT"/>
        </w:rPr>
        <w:t xml:space="preserve"> </w:t>
      </w:r>
      <w:proofErr w:type="spellStart"/>
      <w:r w:rsidRPr="003B2483">
        <w:rPr>
          <w:rFonts w:ascii="Arrus BT" w:hAnsi="Arrus BT"/>
        </w:rPr>
        <w:t>sredstava</w:t>
      </w:r>
      <w:proofErr w:type="spellEnd"/>
      <w:r w:rsidRPr="003B2483">
        <w:rPr>
          <w:rFonts w:ascii="Arrus BT" w:hAnsi="Arrus BT"/>
        </w:rPr>
        <w:t xml:space="preserve"> </w:t>
      </w:r>
      <w:proofErr w:type="spellStart"/>
      <w:r w:rsidRPr="003B2483">
        <w:rPr>
          <w:rFonts w:ascii="Arrus BT" w:hAnsi="Arrus BT"/>
        </w:rPr>
        <w:t>na</w:t>
      </w:r>
      <w:proofErr w:type="spellEnd"/>
      <w:r w:rsidRPr="003B2483">
        <w:rPr>
          <w:rFonts w:ascii="Arrus BT" w:hAnsi="Arrus BT"/>
        </w:rPr>
        <w:t xml:space="preserve"> </w:t>
      </w:r>
      <w:proofErr w:type="spellStart"/>
      <w:r w:rsidRPr="003B2483">
        <w:rPr>
          <w:rFonts w:ascii="Arrus BT" w:hAnsi="Arrus BT"/>
        </w:rPr>
        <w:t>temelju</w:t>
      </w:r>
      <w:proofErr w:type="spellEnd"/>
      <w:r w:rsidRPr="003B2483">
        <w:rPr>
          <w:rFonts w:ascii="Arrus BT" w:hAnsi="Arrus BT"/>
        </w:rPr>
        <w:t xml:space="preserve"> </w:t>
      </w:r>
      <w:proofErr w:type="spellStart"/>
      <w:r w:rsidRPr="003B2483">
        <w:rPr>
          <w:rFonts w:ascii="Arrus BT" w:hAnsi="Arrus BT"/>
        </w:rPr>
        <w:t>dodijeljenih</w:t>
      </w:r>
      <w:proofErr w:type="spellEnd"/>
      <w:r w:rsidRPr="003B2483">
        <w:rPr>
          <w:rFonts w:ascii="Arrus BT" w:hAnsi="Arrus BT"/>
        </w:rPr>
        <w:t xml:space="preserve"> </w:t>
      </w:r>
      <w:proofErr w:type="spellStart"/>
      <w:r w:rsidRPr="003B2483">
        <w:rPr>
          <w:rFonts w:ascii="Arrus BT" w:hAnsi="Arrus BT"/>
        </w:rPr>
        <w:t>sredstva</w:t>
      </w:r>
      <w:proofErr w:type="spellEnd"/>
      <w:r w:rsidRPr="003B2483">
        <w:rPr>
          <w:rFonts w:ascii="Arrus BT" w:hAnsi="Arrus BT"/>
        </w:rPr>
        <w:t xml:space="preserve"> </w:t>
      </w:r>
      <w:proofErr w:type="spellStart"/>
      <w:r w:rsidRPr="003B2483">
        <w:rPr>
          <w:rFonts w:ascii="Arrus BT" w:hAnsi="Arrus BT"/>
        </w:rPr>
        <w:t>iz</w:t>
      </w:r>
      <w:proofErr w:type="spellEnd"/>
      <w:r w:rsidRPr="003B2483">
        <w:rPr>
          <w:rFonts w:ascii="Arrus BT" w:hAnsi="Arrus BT"/>
        </w:rPr>
        <w:t xml:space="preserve"> </w:t>
      </w:r>
      <w:proofErr w:type="spellStart"/>
      <w:r w:rsidRPr="003B2483">
        <w:rPr>
          <w:rFonts w:ascii="Arrus BT" w:hAnsi="Arrus BT"/>
        </w:rPr>
        <w:t>sufinanciranja</w:t>
      </w:r>
      <w:proofErr w:type="spellEnd"/>
      <w:r w:rsidRPr="003B2483">
        <w:rPr>
          <w:rFonts w:ascii="Arrus BT" w:hAnsi="Arrus BT"/>
        </w:rPr>
        <w:t> </w:t>
      </w:r>
      <w:r w:rsidR="00530348" w:rsidRPr="00530348">
        <w:rPr>
          <w:rFonts w:ascii="Arrus BT" w:hAnsi="Arrus BT"/>
        </w:rPr>
        <w:t xml:space="preserve"> </w:t>
      </w:r>
    </w:p>
    <w:p w14:paraId="004426F4" w14:textId="77777777" w:rsidR="00530348" w:rsidRDefault="00530348" w:rsidP="00530348">
      <w:pPr>
        <w:spacing w:after="0"/>
        <w:jc w:val="both"/>
        <w:rPr>
          <w:rFonts w:ascii="Arrus BT" w:eastAsia="Calibri" w:hAnsi="Arrus BT"/>
          <w:b/>
          <w:color w:val="000000"/>
        </w:rPr>
      </w:pPr>
      <w:proofErr w:type="spellStart"/>
      <w:r w:rsidRPr="00530348">
        <w:rPr>
          <w:rFonts w:ascii="Arrus BT" w:eastAsia="Calibri" w:hAnsi="Arrus BT"/>
          <w:color w:val="000000"/>
        </w:rPr>
        <w:t>Prijedlozi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programa</w:t>
      </w:r>
      <w:proofErr w:type="spellEnd"/>
      <w:r w:rsidRPr="00530348">
        <w:rPr>
          <w:rFonts w:ascii="Arrus BT" w:eastAsia="Calibri" w:hAnsi="Arrus BT"/>
          <w:color w:val="000000"/>
        </w:rPr>
        <w:t xml:space="preserve"> koji ne </w:t>
      </w:r>
      <w:proofErr w:type="spellStart"/>
      <w:r w:rsidRPr="00530348">
        <w:rPr>
          <w:rFonts w:ascii="Arrus BT" w:eastAsia="Calibri" w:hAnsi="Arrus BT"/>
          <w:color w:val="000000"/>
        </w:rPr>
        <w:t>budu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pripremljeni</w:t>
      </w:r>
      <w:proofErr w:type="spellEnd"/>
      <w:r w:rsidRPr="00530348">
        <w:rPr>
          <w:rFonts w:ascii="Arrus BT" w:eastAsia="Calibri" w:hAnsi="Arrus BT"/>
          <w:color w:val="000000"/>
        </w:rPr>
        <w:t xml:space="preserve"> s </w:t>
      </w:r>
      <w:proofErr w:type="spellStart"/>
      <w:r w:rsidRPr="00530348">
        <w:rPr>
          <w:rFonts w:ascii="Arrus BT" w:eastAsia="Calibri" w:hAnsi="Arrus BT"/>
          <w:color w:val="000000"/>
        </w:rPr>
        <w:t>potpunim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podacima</w:t>
      </w:r>
      <w:proofErr w:type="spellEnd"/>
      <w:r w:rsidRPr="00530348">
        <w:rPr>
          <w:rFonts w:ascii="Arrus BT" w:eastAsia="Calibri" w:hAnsi="Arrus BT"/>
          <w:color w:val="000000"/>
        </w:rPr>
        <w:t xml:space="preserve">, </w:t>
      </w:r>
      <w:proofErr w:type="spellStart"/>
      <w:r w:rsidRPr="00530348">
        <w:rPr>
          <w:rFonts w:ascii="Arrus BT" w:eastAsia="Calibri" w:hAnsi="Arrus BT"/>
          <w:color w:val="000000"/>
        </w:rPr>
        <w:t>kao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i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prijedlozi</w:t>
      </w:r>
      <w:proofErr w:type="spellEnd"/>
      <w:r w:rsidRPr="00530348">
        <w:rPr>
          <w:rFonts w:ascii="Arrus BT" w:eastAsia="Calibri" w:hAnsi="Arrus BT"/>
          <w:color w:val="000000"/>
        </w:rPr>
        <w:t xml:space="preserve"> koji se ne </w:t>
      </w:r>
      <w:proofErr w:type="spellStart"/>
      <w:r w:rsidRPr="00530348">
        <w:rPr>
          <w:rFonts w:ascii="Arrus BT" w:eastAsia="Calibri" w:hAnsi="Arrus BT"/>
          <w:color w:val="000000"/>
        </w:rPr>
        <w:t>dostave</w:t>
      </w:r>
      <w:proofErr w:type="spellEnd"/>
      <w:r w:rsidRPr="00530348">
        <w:rPr>
          <w:rFonts w:ascii="Arrus BT" w:eastAsia="Calibri" w:hAnsi="Arrus BT"/>
          <w:color w:val="000000"/>
        </w:rPr>
        <w:t xml:space="preserve"> u </w:t>
      </w:r>
      <w:proofErr w:type="spellStart"/>
      <w:r w:rsidRPr="00530348">
        <w:rPr>
          <w:rFonts w:ascii="Arrus BT" w:eastAsia="Calibri" w:hAnsi="Arrus BT"/>
          <w:color w:val="000000"/>
        </w:rPr>
        <w:t>zadanom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roku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odnosno</w:t>
      </w:r>
      <w:proofErr w:type="spellEnd"/>
      <w:r w:rsidRPr="00530348">
        <w:rPr>
          <w:rFonts w:ascii="Arrus BT" w:eastAsia="Calibri" w:hAnsi="Arrus BT"/>
          <w:color w:val="000000"/>
        </w:rPr>
        <w:t xml:space="preserve"> ne </w:t>
      </w:r>
      <w:proofErr w:type="spellStart"/>
      <w:r w:rsidRPr="00530348">
        <w:rPr>
          <w:rFonts w:ascii="Arrus BT" w:eastAsia="Calibri" w:hAnsi="Arrus BT"/>
          <w:color w:val="000000"/>
        </w:rPr>
        <w:t>zadovoljavaju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propisane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uvjete</w:t>
      </w:r>
      <w:proofErr w:type="spellEnd"/>
      <w:r w:rsidRPr="00530348">
        <w:rPr>
          <w:rFonts w:ascii="Arrus BT" w:eastAsia="Calibri" w:hAnsi="Arrus BT"/>
          <w:color w:val="000000"/>
        </w:rPr>
        <w:t xml:space="preserve">, </w:t>
      </w:r>
      <w:proofErr w:type="spellStart"/>
      <w:r w:rsidRPr="00530348">
        <w:rPr>
          <w:rFonts w:ascii="Arrus BT" w:eastAsia="Calibri" w:hAnsi="Arrus BT"/>
          <w:color w:val="000000"/>
        </w:rPr>
        <w:t>neće</w:t>
      </w:r>
      <w:proofErr w:type="spellEnd"/>
      <w:r w:rsidRPr="00530348">
        <w:rPr>
          <w:rFonts w:ascii="Arrus BT" w:eastAsia="Calibri" w:hAnsi="Arrus BT"/>
          <w:color w:val="000000"/>
        </w:rPr>
        <w:t xml:space="preserve"> se </w:t>
      </w:r>
      <w:proofErr w:type="spellStart"/>
      <w:r w:rsidRPr="00530348">
        <w:rPr>
          <w:rFonts w:ascii="Arrus BT" w:eastAsia="Calibri" w:hAnsi="Arrus BT"/>
          <w:color w:val="000000"/>
        </w:rPr>
        <w:t>razmatrati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niti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uvrstiti</w:t>
      </w:r>
      <w:proofErr w:type="spellEnd"/>
      <w:r w:rsidRPr="00530348">
        <w:rPr>
          <w:rFonts w:ascii="Arrus BT" w:eastAsia="Calibri" w:hAnsi="Arrus BT"/>
          <w:color w:val="000000"/>
        </w:rPr>
        <w:t xml:space="preserve"> u Program </w:t>
      </w:r>
      <w:proofErr w:type="spellStart"/>
      <w:r w:rsidRPr="00530348">
        <w:rPr>
          <w:rFonts w:ascii="Arrus BT" w:eastAsia="Calibri" w:hAnsi="Arrus BT"/>
          <w:color w:val="000000"/>
        </w:rPr>
        <w:t>javnih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potreba</w:t>
      </w:r>
      <w:proofErr w:type="spellEnd"/>
      <w:r w:rsidRPr="00530348">
        <w:rPr>
          <w:rFonts w:ascii="Arrus BT" w:eastAsia="Calibri" w:hAnsi="Arrus BT"/>
          <w:color w:val="000000"/>
        </w:rPr>
        <w:t xml:space="preserve"> u </w:t>
      </w:r>
      <w:proofErr w:type="spellStart"/>
      <w:r w:rsidRPr="00530348">
        <w:rPr>
          <w:rFonts w:ascii="Arrus BT" w:eastAsia="Calibri" w:hAnsi="Arrus BT"/>
          <w:color w:val="000000"/>
        </w:rPr>
        <w:t>kulturi</w:t>
      </w:r>
      <w:proofErr w:type="spellEnd"/>
      <w:r w:rsidRPr="00530348">
        <w:rPr>
          <w:rFonts w:ascii="Arrus BT" w:eastAsia="Calibri" w:hAnsi="Arrus BT"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color w:val="000000"/>
        </w:rPr>
        <w:t>Općine</w:t>
      </w:r>
      <w:proofErr w:type="spellEnd"/>
      <w:r w:rsidRPr="00530348">
        <w:rPr>
          <w:rFonts w:ascii="Arrus BT" w:eastAsia="Calibri" w:hAnsi="Arrus BT"/>
          <w:color w:val="000000"/>
        </w:rPr>
        <w:t xml:space="preserve"> Župa dubrovačka za 2027. </w:t>
      </w:r>
      <w:proofErr w:type="spellStart"/>
      <w:r w:rsidRPr="00530348">
        <w:rPr>
          <w:rFonts w:ascii="Arrus BT" w:eastAsia="Calibri" w:hAnsi="Arrus BT"/>
          <w:color w:val="000000"/>
        </w:rPr>
        <w:t>godinu</w:t>
      </w:r>
      <w:proofErr w:type="spellEnd"/>
      <w:r w:rsidRPr="00530348">
        <w:rPr>
          <w:rFonts w:ascii="Arrus BT" w:eastAsia="Calibri" w:hAnsi="Arrus BT"/>
          <w:color w:val="000000"/>
        </w:rPr>
        <w:t xml:space="preserve">. </w:t>
      </w:r>
      <w:proofErr w:type="spellStart"/>
      <w:r w:rsidRPr="00530348">
        <w:rPr>
          <w:rFonts w:ascii="Arrus BT" w:eastAsia="Calibri" w:hAnsi="Arrus BT"/>
          <w:b/>
          <w:color w:val="000000"/>
        </w:rPr>
        <w:t>Prijavnica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 mora </w:t>
      </w:r>
      <w:proofErr w:type="spellStart"/>
      <w:r w:rsidRPr="00530348">
        <w:rPr>
          <w:rFonts w:ascii="Arrus BT" w:eastAsia="Calibri" w:hAnsi="Arrus BT"/>
          <w:b/>
          <w:color w:val="000000"/>
        </w:rPr>
        <w:t>biti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b/>
          <w:color w:val="000000"/>
        </w:rPr>
        <w:t>ispunjena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b/>
          <w:color w:val="000000"/>
        </w:rPr>
        <w:t>na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b/>
          <w:color w:val="000000"/>
        </w:rPr>
        <w:t>računalu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, </w:t>
      </w:r>
      <w:proofErr w:type="spellStart"/>
      <w:r w:rsidRPr="00530348">
        <w:rPr>
          <w:rFonts w:ascii="Arrus BT" w:eastAsia="Calibri" w:hAnsi="Arrus BT"/>
          <w:b/>
          <w:color w:val="000000"/>
        </w:rPr>
        <w:t>potpisana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b/>
          <w:color w:val="000000"/>
        </w:rPr>
        <w:t>i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b/>
          <w:color w:val="000000"/>
        </w:rPr>
        <w:t>ovjerena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b/>
          <w:color w:val="000000"/>
        </w:rPr>
        <w:t>pečatom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b/>
          <w:color w:val="000000"/>
        </w:rPr>
        <w:t>od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b/>
          <w:color w:val="000000"/>
        </w:rPr>
        <w:t>strane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b/>
          <w:color w:val="000000"/>
        </w:rPr>
        <w:t>ovlaštene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b/>
          <w:color w:val="000000"/>
        </w:rPr>
        <w:t>osobe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b/>
          <w:color w:val="000000"/>
        </w:rPr>
        <w:t>podnositelja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b/>
          <w:color w:val="000000"/>
        </w:rPr>
        <w:t>zahtjeva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b/>
          <w:color w:val="000000"/>
        </w:rPr>
        <w:t>te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 </w:t>
      </w:r>
      <w:proofErr w:type="spellStart"/>
      <w:r w:rsidRPr="00530348">
        <w:rPr>
          <w:rFonts w:ascii="Arrus BT" w:eastAsia="Calibri" w:hAnsi="Arrus BT"/>
          <w:b/>
          <w:color w:val="000000"/>
        </w:rPr>
        <w:t>dostavljena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 u </w:t>
      </w:r>
      <w:proofErr w:type="spellStart"/>
      <w:r w:rsidRPr="00530348">
        <w:rPr>
          <w:rFonts w:ascii="Arrus BT" w:eastAsia="Calibri" w:hAnsi="Arrus BT"/>
          <w:b/>
          <w:color w:val="000000"/>
        </w:rPr>
        <w:t>izvorniku</w:t>
      </w:r>
      <w:proofErr w:type="spellEnd"/>
      <w:r w:rsidRPr="00530348">
        <w:rPr>
          <w:rFonts w:ascii="Arrus BT" w:eastAsia="Calibri" w:hAnsi="Arrus BT"/>
          <w:b/>
          <w:color w:val="000000"/>
        </w:rPr>
        <w:t xml:space="preserve">. </w:t>
      </w:r>
    </w:p>
    <w:p w14:paraId="21B54ACD" w14:textId="77777777" w:rsidR="00530348" w:rsidRPr="00816F43" w:rsidRDefault="00530348" w:rsidP="00530348">
      <w:pPr>
        <w:spacing w:after="40"/>
        <w:rPr>
          <w:rFonts w:ascii="Arrus BT" w:hAnsi="Arrus BT" w:hint="eastAsia"/>
        </w:rPr>
      </w:pPr>
      <w:proofErr w:type="gramStart"/>
      <w:r w:rsidRPr="00816F43">
        <w:rPr>
          <w:rFonts w:ascii="Segoe UI Symbol" w:hAnsi="Segoe UI Symbol" w:cs="Segoe UI Symbol"/>
        </w:rPr>
        <w:t>☐</w:t>
      </w:r>
      <w:r w:rsidRPr="00816F43">
        <w:rPr>
          <w:rFonts w:ascii="Arrus BT" w:hAnsi="Arrus BT"/>
        </w:rPr>
        <w:t xml:space="preserve">  </w:t>
      </w:r>
      <w:proofErr w:type="spellStart"/>
      <w:r w:rsidRPr="00816F43">
        <w:rPr>
          <w:rFonts w:ascii="Arrus BT" w:hAnsi="Arrus BT"/>
        </w:rPr>
        <w:t>Godišnji</w:t>
      </w:r>
      <w:proofErr w:type="spellEnd"/>
      <w:proofErr w:type="gram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izvještaj</w:t>
      </w:r>
      <w:proofErr w:type="spellEnd"/>
      <w:r w:rsidRPr="00816F43">
        <w:rPr>
          <w:rFonts w:ascii="Arrus BT" w:hAnsi="Arrus BT"/>
        </w:rPr>
        <w:t xml:space="preserve"> o </w:t>
      </w:r>
      <w:proofErr w:type="spellStart"/>
      <w:r w:rsidRPr="00816F43">
        <w:rPr>
          <w:rFonts w:ascii="Arrus BT" w:hAnsi="Arrus BT"/>
        </w:rPr>
        <w:t>radu</w:t>
      </w:r>
      <w:proofErr w:type="spellEnd"/>
    </w:p>
    <w:p w14:paraId="43035DD5" w14:textId="77777777" w:rsidR="00530348" w:rsidRPr="00816F43" w:rsidRDefault="00530348" w:rsidP="00530348">
      <w:pPr>
        <w:spacing w:after="40"/>
        <w:rPr>
          <w:rFonts w:ascii="Arrus BT" w:hAnsi="Arrus BT" w:hint="eastAsia"/>
        </w:rPr>
      </w:pPr>
      <w:proofErr w:type="gramStart"/>
      <w:r w:rsidRPr="00816F43">
        <w:rPr>
          <w:rFonts w:ascii="Segoe UI Symbol" w:hAnsi="Segoe UI Symbol" w:cs="Segoe UI Symbol"/>
        </w:rPr>
        <w:t>☐</w:t>
      </w:r>
      <w:r w:rsidRPr="00816F43">
        <w:rPr>
          <w:rFonts w:ascii="Arrus BT" w:hAnsi="Arrus BT"/>
        </w:rPr>
        <w:t xml:space="preserve">  </w:t>
      </w:r>
      <w:proofErr w:type="spellStart"/>
      <w:r w:rsidRPr="00816F43">
        <w:rPr>
          <w:rFonts w:ascii="Arrus BT" w:hAnsi="Arrus BT"/>
        </w:rPr>
        <w:t>Biografije</w:t>
      </w:r>
      <w:proofErr w:type="spellEnd"/>
      <w:proofErr w:type="gram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stručne</w:t>
      </w:r>
      <w:proofErr w:type="spellEnd"/>
      <w:r w:rsidRPr="00816F43">
        <w:rPr>
          <w:rFonts w:ascii="Arrus BT" w:hAnsi="Arrus BT"/>
        </w:rPr>
        <w:t>/</w:t>
      </w:r>
      <w:proofErr w:type="spellStart"/>
      <w:r w:rsidRPr="00816F43">
        <w:rPr>
          <w:rFonts w:ascii="Arrus BT" w:hAnsi="Arrus BT"/>
        </w:rPr>
        <w:t>umjetničke</w:t>
      </w:r>
      <w:proofErr w:type="spellEnd"/>
      <w:r w:rsidRPr="00816F43">
        <w:rPr>
          <w:rFonts w:ascii="Arrus BT" w:hAnsi="Arrus BT"/>
        </w:rPr>
        <w:t xml:space="preserve"> reference </w:t>
      </w:r>
      <w:proofErr w:type="spellStart"/>
      <w:r w:rsidRPr="00816F43">
        <w:rPr>
          <w:rFonts w:ascii="Arrus BT" w:hAnsi="Arrus BT"/>
        </w:rPr>
        <w:t>ključnih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osoba</w:t>
      </w:r>
      <w:proofErr w:type="spellEnd"/>
    </w:p>
    <w:p w14:paraId="58B3625E" w14:textId="77777777" w:rsidR="00530348" w:rsidRDefault="00530348" w:rsidP="00530348">
      <w:pPr>
        <w:spacing w:after="40"/>
        <w:rPr>
          <w:rFonts w:ascii="Arrus BT" w:hAnsi="Arrus BT" w:hint="eastAsia"/>
        </w:rPr>
      </w:pPr>
      <w:proofErr w:type="gramStart"/>
      <w:r w:rsidRPr="00816F43">
        <w:rPr>
          <w:rFonts w:ascii="Segoe UI Symbol" w:hAnsi="Segoe UI Symbol" w:cs="Segoe UI Symbol"/>
        </w:rPr>
        <w:t>☐</w:t>
      </w:r>
      <w:r w:rsidRPr="00816F43">
        <w:rPr>
          <w:rFonts w:ascii="Arrus BT" w:hAnsi="Arrus BT"/>
        </w:rPr>
        <w:t xml:space="preserve">  </w:t>
      </w:r>
      <w:proofErr w:type="spellStart"/>
      <w:r w:rsidRPr="00816F43">
        <w:rPr>
          <w:rFonts w:ascii="Arrus BT" w:hAnsi="Arrus BT"/>
        </w:rPr>
        <w:t>Potvrde</w:t>
      </w:r>
      <w:proofErr w:type="spellEnd"/>
      <w:proofErr w:type="gramEnd"/>
      <w:r w:rsidRPr="00816F43">
        <w:rPr>
          <w:rFonts w:ascii="Arrus BT" w:hAnsi="Arrus BT"/>
        </w:rPr>
        <w:t xml:space="preserve"> o </w:t>
      </w:r>
      <w:proofErr w:type="spellStart"/>
      <w:r w:rsidRPr="00816F43">
        <w:rPr>
          <w:rFonts w:ascii="Arrus BT" w:hAnsi="Arrus BT"/>
        </w:rPr>
        <w:t>partnerstvu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ili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suradnji</w:t>
      </w:r>
      <w:proofErr w:type="spellEnd"/>
      <w:r w:rsidRPr="00816F43">
        <w:rPr>
          <w:rFonts w:ascii="Arrus BT" w:hAnsi="Arrus BT"/>
        </w:rPr>
        <w:t xml:space="preserve">, </w:t>
      </w:r>
      <w:proofErr w:type="spellStart"/>
      <w:r w:rsidRPr="00816F43">
        <w:rPr>
          <w:rFonts w:ascii="Arrus BT" w:hAnsi="Arrus BT"/>
        </w:rPr>
        <w:t>ako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su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primjenjive</w:t>
      </w:r>
      <w:proofErr w:type="spellEnd"/>
      <w:r>
        <w:rPr>
          <w:rFonts w:ascii="Arrus BT" w:hAnsi="Arrus BT"/>
        </w:rPr>
        <w:t xml:space="preserve"> </w:t>
      </w:r>
    </w:p>
    <w:p w14:paraId="289B9397" w14:textId="74D1A136" w:rsidR="00530348" w:rsidRPr="00530348" w:rsidRDefault="00530348" w:rsidP="00530348">
      <w:pPr>
        <w:spacing w:after="40"/>
        <w:rPr>
          <w:rFonts w:ascii="Arrus BT" w:hAnsi="Arrus BT" w:hint="eastAsia"/>
        </w:rPr>
      </w:pPr>
      <w:proofErr w:type="gramStart"/>
      <w:r w:rsidRPr="00816F43">
        <w:rPr>
          <w:rFonts w:ascii="Segoe UI Symbol" w:hAnsi="Segoe UI Symbol" w:cs="Segoe UI Symbol"/>
        </w:rPr>
        <w:lastRenderedPageBreak/>
        <w:t>☐</w:t>
      </w:r>
      <w:r w:rsidRPr="00816F43">
        <w:rPr>
          <w:rFonts w:ascii="Arrus BT" w:hAnsi="Arrus BT"/>
        </w:rPr>
        <w:t xml:space="preserve">  </w:t>
      </w:r>
      <w:proofErr w:type="spellStart"/>
      <w:r w:rsidRPr="00816F43">
        <w:rPr>
          <w:rFonts w:ascii="Arrus BT" w:hAnsi="Arrus BT"/>
        </w:rPr>
        <w:t>Dodatni</w:t>
      </w:r>
      <w:proofErr w:type="spellEnd"/>
      <w:proofErr w:type="gram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opis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programa</w:t>
      </w:r>
      <w:proofErr w:type="spellEnd"/>
      <w:r w:rsidRPr="00816F43">
        <w:rPr>
          <w:rFonts w:ascii="Arrus BT" w:hAnsi="Arrus BT"/>
        </w:rPr>
        <w:t>/</w:t>
      </w:r>
      <w:proofErr w:type="spellStart"/>
      <w:r w:rsidRPr="00816F43">
        <w:rPr>
          <w:rFonts w:ascii="Arrus BT" w:hAnsi="Arrus BT"/>
        </w:rPr>
        <w:t>projekta</w:t>
      </w:r>
      <w:proofErr w:type="spellEnd"/>
      <w:r w:rsidRPr="00816F43">
        <w:rPr>
          <w:rFonts w:ascii="Arrus BT" w:hAnsi="Arrus BT"/>
        </w:rPr>
        <w:t xml:space="preserve">, </w:t>
      </w:r>
      <w:proofErr w:type="spellStart"/>
      <w:r w:rsidRPr="00816F43">
        <w:rPr>
          <w:rFonts w:ascii="Arrus BT" w:hAnsi="Arrus BT"/>
        </w:rPr>
        <w:t>ako</w:t>
      </w:r>
      <w:proofErr w:type="spellEnd"/>
      <w:r w:rsidRPr="00816F43">
        <w:rPr>
          <w:rFonts w:ascii="Arrus BT" w:hAnsi="Arrus BT"/>
        </w:rPr>
        <w:t xml:space="preserve"> je </w:t>
      </w:r>
      <w:proofErr w:type="spellStart"/>
      <w:r w:rsidRPr="00816F43">
        <w:rPr>
          <w:rFonts w:ascii="Arrus BT" w:hAnsi="Arrus BT"/>
        </w:rPr>
        <w:t>potreban</w:t>
      </w:r>
      <w:proofErr w:type="spell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C1082F" w:rsidRPr="00816F43" w14:paraId="71CCCD94" w14:textId="77777777">
        <w:trPr>
          <w:jc w:val="center"/>
        </w:trPr>
        <w:tc>
          <w:tcPr>
            <w:tcW w:w="10512" w:type="dxa"/>
            <w:shd w:val="clear" w:color="auto" w:fill="164E6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4FEDD337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24"/>
              </w:rPr>
              <w:t>PRIJEDLOG VREDNOVANJA – ZA SLUŽBENU UPORABU</w:t>
            </w:r>
          </w:p>
        </w:tc>
      </w:tr>
    </w:tbl>
    <w:p w14:paraId="58F7967C" w14:textId="77777777" w:rsidR="00C1082F" w:rsidRPr="00816F43" w:rsidRDefault="00000000">
      <w:pPr>
        <w:spacing w:after="80"/>
        <w:rPr>
          <w:rFonts w:ascii="Arrus BT" w:hAnsi="Arrus BT" w:hint="eastAsia"/>
        </w:rPr>
      </w:pPr>
      <w:proofErr w:type="spellStart"/>
      <w:r w:rsidRPr="00816F43">
        <w:rPr>
          <w:rFonts w:ascii="Arrus BT" w:hAnsi="Arrus BT"/>
          <w:i/>
          <w:sz w:val="17"/>
        </w:rPr>
        <w:t>Ovaj</w:t>
      </w:r>
      <w:proofErr w:type="spellEnd"/>
      <w:r w:rsidRPr="00816F43">
        <w:rPr>
          <w:rFonts w:ascii="Arrus BT" w:hAnsi="Arrus BT"/>
          <w:i/>
          <w:sz w:val="17"/>
        </w:rPr>
        <w:t xml:space="preserve"> </w:t>
      </w:r>
      <w:proofErr w:type="spellStart"/>
      <w:r w:rsidRPr="00816F43">
        <w:rPr>
          <w:rFonts w:ascii="Arrus BT" w:hAnsi="Arrus BT"/>
          <w:i/>
          <w:sz w:val="17"/>
        </w:rPr>
        <w:t>dio</w:t>
      </w:r>
      <w:proofErr w:type="spellEnd"/>
      <w:r w:rsidRPr="00816F43">
        <w:rPr>
          <w:rFonts w:ascii="Arrus BT" w:hAnsi="Arrus BT"/>
          <w:i/>
          <w:sz w:val="17"/>
        </w:rPr>
        <w:t xml:space="preserve"> </w:t>
      </w:r>
      <w:proofErr w:type="spellStart"/>
      <w:r w:rsidRPr="00816F43">
        <w:rPr>
          <w:rFonts w:ascii="Arrus BT" w:hAnsi="Arrus BT"/>
          <w:i/>
          <w:sz w:val="17"/>
        </w:rPr>
        <w:t>preporučuje</w:t>
      </w:r>
      <w:proofErr w:type="spellEnd"/>
      <w:r w:rsidRPr="00816F43">
        <w:rPr>
          <w:rFonts w:ascii="Arrus BT" w:hAnsi="Arrus BT"/>
          <w:i/>
          <w:sz w:val="17"/>
        </w:rPr>
        <w:t xml:space="preserve"> se </w:t>
      </w:r>
      <w:proofErr w:type="spellStart"/>
      <w:r w:rsidRPr="00816F43">
        <w:rPr>
          <w:rFonts w:ascii="Arrus BT" w:hAnsi="Arrus BT"/>
          <w:i/>
          <w:sz w:val="17"/>
        </w:rPr>
        <w:t>staviti</w:t>
      </w:r>
      <w:proofErr w:type="spellEnd"/>
      <w:r w:rsidRPr="00816F43">
        <w:rPr>
          <w:rFonts w:ascii="Arrus BT" w:hAnsi="Arrus BT"/>
          <w:i/>
          <w:sz w:val="17"/>
        </w:rPr>
        <w:t xml:space="preserve"> </w:t>
      </w:r>
      <w:proofErr w:type="spellStart"/>
      <w:r w:rsidRPr="00816F43">
        <w:rPr>
          <w:rFonts w:ascii="Arrus BT" w:hAnsi="Arrus BT"/>
          <w:i/>
          <w:sz w:val="17"/>
        </w:rPr>
        <w:t>na</w:t>
      </w:r>
      <w:proofErr w:type="spellEnd"/>
      <w:r w:rsidRPr="00816F43">
        <w:rPr>
          <w:rFonts w:ascii="Arrus BT" w:hAnsi="Arrus BT"/>
          <w:i/>
          <w:sz w:val="17"/>
        </w:rPr>
        <w:t xml:space="preserve"> </w:t>
      </w:r>
      <w:proofErr w:type="spellStart"/>
      <w:r w:rsidRPr="00816F43">
        <w:rPr>
          <w:rFonts w:ascii="Arrus BT" w:hAnsi="Arrus BT"/>
          <w:i/>
          <w:sz w:val="17"/>
        </w:rPr>
        <w:t>zasebnu</w:t>
      </w:r>
      <w:proofErr w:type="spellEnd"/>
      <w:r w:rsidRPr="00816F43">
        <w:rPr>
          <w:rFonts w:ascii="Arrus BT" w:hAnsi="Arrus BT"/>
          <w:i/>
          <w:sz w:val="17"/>
        </w:rPr>
        <w:t xml:space="preserve">, </w:t>
      </w:r>
      <w:proofErr w:type="spellStart"/>
      <w:r w:rsidRPr="00816F43">
        <w:rPr>
          <w:rFonts w:ascii="Arrus BT" w:hAnsi="Arrus BT"/>
          <w:i/>
          <w:sz w:val="17"/>
        </w:rPr>
        <w:t>posljednju</w:t>
      </w:r>
      <w:proofErr w:type="spellEnd"/>
      <w:r w:rsidRPr="00816F43">
        <w:rPr>
          <w:rFonts w:ascii="Arrus BT" w:hAnsi="Arrus BT"/>
          <w:i/>
          <w:sz w:val="17"/>
        </w:rPr>
        <w:t xml:space="preserve"> </w:t>
      </w:r>
      <w:proofErr w:type="spellStart"/>
      <w:r w:rsidRPr="00816F43">
        <w:rPr>
          <w:rFonts w:ascii="Arrus BT" w:hAnsi="Arrus BT"/>
          <w:i/>
          <w:sz w:val="17"/>
        </w:rPr>
        <w:t>stranicu</w:t>
      </w:r>
      <w:proofErr w:type="spellEnd"/>
      <w:r w:rsidRPr="00816F43">
        <w:rPr>
          <w:rFonts w:ascii="Arrus BT" w:hAnsi="Arrus BT"/>
          <w:i/>
          <w:sz w:val="17"/>
        </w:rPr>
        <w:t xml:space="preserve"> </w:t>
      </w:r>
      <w:proofErr w:type="spellStart"/>
      <w:r w:rsidRPr="00816F43">
        <w:rPr>
          <w:rFonts w:ascii="Arrus BT" w:hAnsi="Arrus BT"/>
          <w:i/>
          <w:sz w:val="17"/>
        </w:rPr>
        <w:t>i</w:t>
      </w:r>
      <w:proofErr w:type="spellEnd"/>
      <w:r w:rsidRPr="00816F43">
        <w:rPr>
          <w:rFonts w:ascii="Arrus BT" w:hAnsi="Arrus BT"/>
          <w:i/>
          <w:sz w:val="17"/>
        </w:rPr>
        <w:t xml:space="preserve"> </w:t>
      </w:r>
      <w:proofErr w:type="spellStart"/>
      <w:r w:rsidRPr="00816F43">
        <w:rPr>
          <w:rFonts w:ascii="Arrus BT" w:hAnsi="Arrus BT"/>
          <w:i/>
          <w:sz w:val="17"/>
        </w:rPr>
        <w:t>nije</w:t>
      </w:r>
      <w:proofErr w:type="spellEnd"/>
      <w:r w:rsidRPr="00816F43">
        <w:rPr>
          <w:rFonts w:ascii="Arrus BT" w:hAnsi="Arrus BT"/>
          <w:i/>
          <w:sz w:val="17"/>
        </w:rPr>
        <w:t xml:space="preserve"> </w:t>
      </w:r>
      <w:proofErr w:type="spellStart"/>
      <w:r w:rsidRPr="00816F43">
        <w:rPr>
          <w:rFonts w:ascii="Arrus BT" w:hAnsi="Arrus BT"/>
          <w:i/>
          <w:sz w:val="17"/>
        </w:rPr>
        <w:t>dio</w:t>
      </w:r>
      <w:proofErr w:type="spellEnd"/>
      <w:r w:rsidRPr="00816F43">
        <w:rPr>
          <w:rFonts w:ascii="Arrus BT" w:hAnsi="Arrus BT"/>
          <w:i/>
          <w:sz w:val="17"/>
        </w:rPr>
        <w:t xml:space="preserve"> </w:t>
      </w:r>
      <w:proofErr w:type="spellStart"/>
      <w:r w:rsidRPr="00816F43">
        <w:rPr>
          <w:rFonts w:ascii="Arrus BT" w:hAnsi="Arrus BT"/>
          <w:i/>
          <w:sz w:val="17"/>
        </w:rPr>
        <w:t>ispunjavanja</w:t>
      </w:r>
      <w:proofErr w:type="spellEnd"/>
      <w:r w:rsidRPr="00816F43">
        <w:rPr>
          <w:rFonts w:ascii="Arrus BT" w:hAnsi="Arrus BT"/>
          <w:i/>
          <w:sz w:val="17"/>
        </w:rPr>
        <w:t xml:space="preserve"> </w:t>
      </w:r>
      <w:proofErr w:type="spellStart"/>
      <w:r w:rsidRPr="00816F43">
        <w:rPr>
          <w:rFonts w:ascii="Arrus BT" w:hAnsi="Arrus BT"/>
          <w:i/>
          <w:sz w:val="17"/>
        </w:rPr>
        <w:t>prijavitelja</w:t>
      </w:r>
      <w:proofErr w:type="spellEnd"/>
      <w:r w:rsidRPr="00816F43">
        <w:rPr>
          <w:rFonts w:ascii="Arrus BT" w:hAnsi="Arrus BT"/>
          <w:i/>
          <w:sz w:val="17"/>
        </w:rPr>
        <w:t>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501"/>
        <w:gridCol w:w="3501"/>
        <w:gridCol w:w="3500"/>
      </w:tblGrid>
      <w:tr w:rsidR="00C1082F" w:rsidRPr="00816F43" w14:paraId="52C4A231" w14:textId="77777777">
        <w:trPr>
          <w:jc w:val="center"/>
        </w:trPr>
        <w:tc>
          <w:tcPr>
            <w:tcW w:w="3504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54E64B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Kriterij</w:t>
            </w:r>
            <w:proofErr w:type="spellEnd"/>
          </w:p>
        </w:tc>
        <w:tc>
          <w:tcPr>
            <w:tcW w:w="3504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139D85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Maksimalni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broj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bodova</w:t>
            </w:r>
            <w:proofErr w:type="spellEnd"/>
          </w:p>
        </w:tc>
        <w:tc>
          <w:tcPr>
            <w:tcW w:w="3504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48EBBB9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Ostvareni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bodovi</w:t>
            </w:r>
            <w:proofErr w:type="spellEnd"/>
          </w:p>
        </w:tc>
      </w:tr>
      <w:tr w:rsidR="00C1082F" w:rsidRPr="00816F43" w14:paraId="461E37DE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8F008D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 xml:space="preserve">1. </w:t>
            </w:r>
            <w:proofErr w:type="spellStart"/>
            <w:r w:rsidRPr="00816F43">
              <w:rPr>
                <w:rFonts w:ascii="Arrus BT" w:hAnsi="Arrus BT"/>
                <w:sz w:val="18"/>
              </w:rPr>
              <w:t>Kvaliteta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sadržaja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sz w:val="18"/>
              </w:rPr>
              <w:t>izvornost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sz w:val="18"/>
              </w:rPr>
              <w:t>kreativnost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sz w:val="18"/>
              </w:rPr>
              <w:t>inovativnost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edukativnost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programa</w:t>
            </w:r>
            <w:proofErr w:type="spellEnd"/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14F763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20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638CD2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4DD49C9C" w14:textId="77777777">
        <w:trPr>
          <w:jc w:val="center"/>
        </w:trPr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5228DA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 xml:space="preserve">2. </w:t>
            </w:r>
            <w:proofErr w:type="spellStart"/>
            <w:r w:rsidRPr="00816F43">
              <w:rPr>
                <w:rFonts w:ascii="Arrus BT" w:hAnsi="Arrus BT"/>
                <w:sz w:val="18"/>
              </w:rPr>
              <w:t>Jasnoća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sz w:val="18"/>
              </w:rPr>
              <w:t>cjelovitost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sz w:val="18"/>
              </w:rPr>
              <w:t>ekonomičnost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provedivost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sz w:val="18"/>
              </w:rPr>
              <w:t>uključujući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izvore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financiranja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kvalitetu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troškovnika</w:t>
            </w:r>
            <w:proofErr w:type="spellEnd"/>
          </w:p>
        </w:tc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F5E792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15</w:t>
            </w:r>
          </w:p>
        </w:tc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C1A49C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659A30C4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88DF64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 xml:space="preserve">3. </w:t>
            </w:r>
            <w:proofErr w:type="spellStart"/>
            <w:r w:rsidRPr="00816F43">
              <w:rPr>
                <w:rFonts w:ascii="Arrus BT" w:hAnsi="Arrus BT"/>
                <w:sz w:val="18"/>
              </w:rPr>
              <w:t>Značaj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za </w:t>
            </w:r>
            <w:proofErr w:type="spellStart"/>
            <w:r w:rsidRPr="00816F43">
              <w:rPr>
                <w:rFonts w:ascii="Arrus BT" w:hAnsi="Arrus BT"/>
                <w:sz w:val="18"/>
              </w:rPr>
              <w:t>razvoj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djelatnosti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kulturne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ponude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Općine</w:t>
            </w:r>
            <w:proofErr w:type="spellEnd"/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EEED8C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15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1BF531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7E629A5C" w14:textId="77777777">
        <w:trPr>
          <w:jc w:val="center"/>
        </w:trPr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4DB27B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 xml:space="preserve">4. </w:t>
            </w:r>
            <w:proofErr w:type="spellStart"/>
            <w:r w:rsidRPr="00816F43">
              <w:rPr>
                <w:rFonts w:ascii="Arrus BT" w:hAnsi="Arrus BT"/>
                <w:sz w:val="18"/>
              </w:rPr>
              <w:t>Stručne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umjetničke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reference </w:t>
            </w:r>
            <w:proofErr w:type="spellStart"/>
            <w:r w:rsidRPr="00816F43">
              <w:rPr>
                <w:rFonts w:ascii="Arrus BT" w:hAnsi="Arrus BT"/>
                <w:sz w:val="18"/>
              </w:rPr>
              <w:t>autora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sz w:val="18"/>
              </w:rPr>
              <w:t>suradnika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voditelja</w:t>
            </w:r>
            <w:proofErr w:type="spellEnd"/>
          </w:p>
        </w:tc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C50C6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15</w:t>
            </w:r>
          </w:p>
        </w:tc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7883BB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72F6F682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C8BE2C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 xml:space="preserve">5. </w:t>
            </w:r>
            <w:proofErr w:type="spellStart"/>
            <w:r w:rsidRPr="00816F43">
              <w:rPr>
                <w:rFonts w:ascii="Arrus BT" w:hAnsi="Arrus BT"/>
                <w:sz w:val="18"/>
              </w:rPr>
              <w:t>Kvaliteta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dosadašnjeg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rada, </w:t>
            </w:r>
            <w:proofErr w:type="spellStart"/>
            <w:r w:rsidRPr="00816F43">
              <w:rPr>
                <w:rFonts w:ascii="Arrus BT" w:hAnsi="Arrus BT"/>
                <w:sz w:val="18"/>
              </w:rPr>
              <w:t>uspjesi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iskustvo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prijavitelja</w:t>
            </w:r>
            <w:proofErr w:type="spellEnd"/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347679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10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B1EDA8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4F047CDA" w14:textId="77777777">
        <w:trPr>
          <w:jc w:val="center"/>
        </w:trPr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5BC713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 xml:space="preserve">6. </w:t>
            </w:r>
            <w:proofErr w:type="spellStart"/>
            <w:r w:rsidRPr="00816F43">
              <w:rPr>
                <w:rFonts w:ascii="Arrus BT" w:hAnsi="Arrus BT"/>
                <w:sz w:val="18"/>
              </w:rPr>
              <w:t>Programski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projektni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kontinuitet</w:t>
            </w:r>
            <w:proofErr w:type="spellEnd"/>
          </w:p>
        </w:tc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F0E277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5</w:t>
            </w:r>
          </w:p>
        </w:tc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2CE2C5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41BDD773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36968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 xml:space="preserve">7. </w:t>
            </w:r>
            <w:proofErr w:type="spellStart"/>
            <w:r w:rsidRPr="00816F43">
              <w:rPr>
                <w:rFonts w:ascii="Arrus BT" w:hAnsi="Arrus BT"/>
                <w:sz w:val="18"/>
              </w:rPr>
              <w:t>Osmišljen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plan </w:t>
            </w:r>
            <w:proofErr w:type="spellStart"/>
            <w:r w:rsidRPr="00816F43">
              <w:rPr>
                <w:rFonts w:ascii="Arrus BT" w:hAnsi="Arrus BT"/>
                <w:sz w:val="18"/>
              </w:rPr>
              <w:t>djelovanja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prema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publici</w:t>
            </w:r>
            <w:proofErr w:type="spellEnd"/>
            <w:r w:rsidRPr="00816F43">
              <w:rPr>
                <w:rFonts w:ascii="Arrus BT" w:hAnsi="Arrus BT"/>
                <w:sz w:val="18"/>
              </w:rPr>
              <w:t>/</w:t>
            </w:r>
            <w:proofErr w:type="spellStart"/>
            <w:r w:rsidRPr="00816F43">
              <w:rPr>
                <w:rFonts w:ascii="Arrus BT" w:hAnsi="Arrus BT"/>
                <w:sz w:val="18"/>
              </w:rPr>
              <w:t>javnosti</w:t>
            </w:r>
            <w:proofErr w:type="spellEnd"/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38AE81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15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8B4408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5C8A6C70" w14:textId="77777777">
        <w:trPr>
          <w:jc w:val="center"/>
        </w:trPr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FF29E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 xml:space="preserve">8. </w:t>
            </w:r>
            <w:proofErr w:type="spellStart"/>
            <w:r w:rsidRPr="00816F43">
              <w:rPr>
                <w:rFonts w:ascii="Arrus BT" w:hAnsi="Arrus BT"/>
                <w:sz w:val="18"/>
              </w:rPr>
              <w:t>Sudjelovanje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u </w:t>
            </w:r>
            <w:proofErr w:type="spellStart"/>
            <w:r w:rsidRPr="00816F43">
              <w:rPr>
                <w:rFonts w:ascii="Arrus BT" w:hAnsi="Arrus BT"/>
                <w:sz w:val="18"/>
              </w:rPr>
              <w:t>aktivnostima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u </w:t>
            </w:r>
            <w:proofErr w:type="spellStart"/>
            <w:r w:rsidRPr="00816F43">
              <w:rPr>
                <w:rFonts w:ascii="Arrus BT" w:hAnsi="Arrus BT"/>
                <w:sz w:val="18"/>
              </w:rPr>
              <w:t>organizaciji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Općine</w:t>
            </w:r>
            <w:proofErr w:type="spellEnd"/>
          </w:p>
        </w:tc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F63AB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5</w:t>
            </w:r>
          </w:p>
        </w:tc>
        <w:tc>
          <w:tcPr>
            <w:tcW w:w="3504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3724C6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  <w:tr w:rsidR="00C1082F" w:rsidRPr="00816F43" w14:paraId="5A5D2149" w14:textId="77777777">
        <w:trPr>
          <w:jc w:val="center"/>
        </w:trPr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6EDA7B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UKUPNO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C079B3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100</w:t>
            </w:r>
          </w:p>
        </w:tc>
        <w:tc>
          <w:tcPr>
            <w:tcW w:w="35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0999C7" w14:textId="77777777" w:rsidR="00C1082F" w:rsidRPr="00816F43" w:rsidRDefault="00C1082F">
            <w:pPr>
              <w:spacing w:after="40"/>
              <w:rPr>
                <w:rFonts w:ascii="Arrus BT" w:hAnsi="Arrus BT" w:hint="eastAsia"/>
              </w:rPr>
            </w:pPr>
          </w:p>
        </w:tc>
      </w:tr>
    </w:tbl>
    <w:p w14:paraId="41D2DDFD" w14:textId="77777777" w:rsidR="00C1082F" w:rsidRDefault="00C1082F">
      <w:pPr>
        <w:spacing w:after="20"/>
        <w:rPr>
          <w:rFonts w:ascii="Arrus BT" w:hAnsi="Arrus BT" w:hint="eastAsia"/>
        </w:rPr>
      </w:pPr>
    </w:p>
    <w:p w14:paraId="129F992F" w14:textId="77777777" w:rsidR="003809D0" w:rsidRPr="00816F43" w:rsidRDefault="003809D0">
      <w:pPr>
        <w:spacing w:after="20"/>
        <w:rPr>
          <w:rFonts w:ascii="Arrus BT" w:hAnsi="Arrus BT" w:hint="eastAsia"/>
        </w:rPr>
      </w:pPr>
    </w:p>
    <w:p w14:paraId="519AFF09" w14:textId="77777777" w:rsidR="00C1082F" w:rsidRPr="00816F43" w:rsidRDefault="00000000">
      <w:pPr>
        <w:pStyle w:val="Naslov2"/>
        <w:rPr>
          <w:rFonts w:ascii="Arrus BT" w:hAnsi="Arrus BT" w:hint="eastAsia"/>
        </w:rPr>
      </w:pPr>
      <w:proofErr w:type="spellStart"/>
      <w:r w:rsidRPr="00816F43">
        <w:rPr>
          <w:rFonts w:ascii="Arrus BT" w:hAnsi="Arrus BT"/>
        </w:rPr>
        <w:t>Bodovni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pragovi</w:t>
      </w:r>
      <w:proofErr w:type="spellEnd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C1082F" w:rsidRPr="00816F43" w14:paraId="36DD263F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36EB17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Ukupan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broj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bodova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E59DA2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Mogući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udio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sufinanciranja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zatraženog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iznosa</w:t>
            </w:r>
            <w:proofErr w:type="spellEnd"/>
          </w:p>
        </w:tc>
      </w:tr>
      <w:tr w:rsidR="00C1082F" w:rsidRPr="00816F43" w14:paraId="423DEABB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1102EC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0–70</w:t>
            </w:r>
          </w:p>
        </w:tc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A9EEE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 xml:space="preserve">Ne </w:t>
            </w:r>
            <w:proofErr w:type="spellStart"/>
            <w:r w:rsidRPr="00816F43">
              <w:rPr>
                <w:rFonts w:ascii="Arrus BT" w:hAnsi="Arrus BT"/>
                <w:sz w:val="18"/>
              </w:rPr>
              <w:t>ostvaruje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pravo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na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sufinanciranje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prema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bodovnom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pragu</w:t>
            </w:r>
            <w:proofErr w:type="spellEnd"/>
          </w:p>
        </w:tc>
      </w:tr>
      <w:tr w:rsidR="00C1082F" w:rsidRPr="00816F43" w14:paraId="2D133735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62DC6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71–80</w:t>
            </w:r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AD43E9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 xml:space="preserve">Do 50 % </w:t>
            </w:r>
            <w:proofErr w:type="spellStart"/>
            <w:r w:rsidRPr="00816F43">
              <w:rPr>
                <w:rFonts w:ascii="Arrus BT" w:hAnsi="Arrus BT"/>
                <w:sz w:val="18"/>
              </w:rPr>
              <w:t>zatraženog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iznosa</w:t>
            </w:r>
            <w:proofErr w:type="spellEnd"/>
          </w:p>
        </w:tc>
      </w:tr>
      <w:tr w:rsidR="00C1082F" w:rsidRPr="00816F43" w14:paraId="6085900B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39C5DE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81–90</w:t>
            </w:r>
          </w:p>
        </w:tc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68B8C8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 xml:space="preserve">Do 70 % </w:t>
            </w:r>
            <w:proofErr w:type="spellStart"/>
            <w:r w:rsidRPr="00816F43">
              <w:rPr>
                <w:rFonts w:ascii="Arrus BT" w:hAnsi="Arrus BT"/>
                <w:sz w:val="18"/>
              </w:rPr>
              <w:t>zatraženog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iznosa</w:t>
            </w:r>
            <w:proofErr w:type="spellEnd"/>
          </w:p>
        </w:tc>
      </w:tr>
      <w:tr w:rsidR="00C1082F" w:rsidRPr="00816F43" w14:paraId="146F3082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F3E975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91–100</w:t>
            </w:r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502A2F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 xml:space="preserve">Do 100 % </w:t>
            </w:r>
            <w:proofErr w:type="spellStart"/>
            <w:r w:rsidRPr="00816F43">
              <w:rPr>
                <w:rFonts w:ascii="Arrus BT" w:hAnsi="Arrus BT"/>
                <w:sz w:val="18"/>
              </w:rPr>
              <w:t>zatraženog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iznosa</w:t>
            </w:r>
            <w:proofErr w:type="spellEnd"/>
          </w:p>
        </w:tc>
      </w:tr>
    </w:tbl>
    <w:p w14:paraId="08A4A034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p w14:paraId="2EA2AE7A" w14:textId="77777777" w:rsidR="00C1082F" w:rsidRPr="00816F43" w:rsidRDefault="00000000">
      <w:pPr>
        <w:spacing w:after="120"/>
        <w:rPr>
          <w:rFonts w:ascii="Arrus BT" w:hAnsi="Arrus BT" w:hint="eastAsia"/>
        </w:rPr>
      </w:pPr>
      <w:proofErr w:type="spellStart"/>
      <w:r w:rsidRPr="00816F43">
        <w:rPr>
          <w:rFonts w:ascii="Arrus BT" w:hAnsi="Arrus BT"/>
        </w:rPr>
        <w:t>Odobreni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iznos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ovisi</w:t>
      </w:r>
      <w:proofErr w:type="spellEnd"/>
      <w:r w:rsidRPr="00816F43">
        <w:rPr>
          <w:rFonts w:ascii="Arrus BT" w:hAnsi="Arrus BT"/>
        </w:rPr>
        <w:t xml:space="preserve"> o </w:t>
      </w:r>
      <w:proofErr w:type="spellStart"/>
      <w:r w:rsidRPr="00816F43">
        <w:rPr>
          <w:rFonts w:ascii="Arrus BT" w:hAnsi="Arrus BT"/>
        </w:rPr>
        <w:t>raspoloživim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proračunskim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sredstvima</w:t>
      </w:r>
      <w:proofErr w:type="spellEnd"/>
      <w:r w:rsidRPr="00816F43">
        <w:rPr>
          <w:rFonts w:ascii="Arrus BT" w:hAnsi="Arrus BT"/>
        </w:rPr>
        <w:t xml:space="preserve">, </w:t>
      </w:r>
      <w:proofErr w:type="spellStart"/>
      <w:r w:rsidRPr="00816F43">
        <w:rPr>
          <w:rFonts w:ascii="Arrus BT" w:hAnsi="Arrus BT"/>
        </w:rPr>
        <w:t>uvjetima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javnog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poziva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eventualno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propisanom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maksimalnom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iznosu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financiranja</w:t>
      </w:r>
      <w:proofErr w:type="spellEnd"/>
      <w:r w:rsidRPr="00816F43">
        <w:rPr>
          <w:rFonts w:ascii="Arrus BT" w:hAnsi="Arrus BT"/>
        </w:rPr>
        <w:t>.</w:t>
      </w:r>
    </w:p>
    <w:p w14:paraId="320C5204" w14:textId="77777777" w:rsidR="00C1082F" w:rsidRPr="00816F43" w:rsidRDefault="00000000">
      <w:pPr>
        <w:pStyle w:val="Naslov2"/>
        <w:rPr>
          <w:rFonts w:ascii="Arrus BT" w:hAnsi="Arrus BT" w:hint="eastAsia"/>
        </w:rPr>
      </w:pPr>
      <w:proofErr w:type="spellStart"/>
      <w:r w:rsidRPr="00816F43">
        <w:rPr>
          <w:rFonts w:ascii="Arrus BT" w:hAnsi="Arrus BT"/>
        </w:rPr>
        <w:t>Evidencija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negativnih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bodova</w:t>
      </w:r>
      <w:proofErr w:type="spellEnd"/>
      <w:r w:rsidRPr="00816F43">
        <w:rPr>
          <w:rFonts w:ascii="Arrus BT" w:hAnsi="Arrus BT"/>
        </w:rPr>
        <w:t xml:space="preserve">, </w:t>
      </w:r>
      <w:proofErr w:type="spellStart"/>
      <w:r w:rsidRPr="00816F43">
        <w:rPr>
          <w:rFonts w:ascii="Arrus BT" w:hAnsi="Arrus BT"/>
        </w:rPr>
        <w:t>ako</w:t>
      </w:r>
      <w:proofErr w:type="spellEnd"/>
      <w:r w:rsidRPr="00816F43">
        <w:rPr>
          <w:rFonts w:ascii="Arrus BT" w:hAnsi="Arrus BT"/>
        </w:rPr>
        <w:t xml:space="preserve"> je </w:t>
      </w:r>
      <w:proofErr w:type="spellStart"/>
      <w:r w:rsidRPr="00816F43">
        <w:rPr>
          <w:rFonts w:ascii="Arrus BT" w:hAnsi="Arrus BT"/>
        </w:rPr>
        <w:t>predviđena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pravilima</w:t>
      </w:r>
      <w:proofErr w:type="spellEnd"/>
      <w:r w:rsidRPr="00816F43">
        <w:rPr>
          <w:rFonts w:ascii="Arrus BT" w:hAnsi="Arrus BT"/>
        </w:rPr>
        <w:t xml:space="preserve"> </w:t>
      </w:r>
      <w:proofErr w:type="spellStart"/>
      <w:r w:rsidRPr="00816F43">
        <w:rPr>
          <w:rFonts w:ascii="Arrus BT" w:hAnsi="Arrus BT"/>
        </w:rPr>
        <w:t>poziva</w:t>
      </w:r>
      <w:proofErr w:type="spellEnd"/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C1082F" w:rsidRPr="00816F43" w14:paraId="7CA44BC5" w14:textId="77777777">
        <w:trPr>
          <w:jc w:val="center"/>
        </w:trPr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DB3392C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Osnova</w:t>
            </w:r>
            <w:proofErr w:type="spellEnd"/>
          </w:p>
        </w:tc>
        <w:tc>
          <w:tcPr>
            <w:tcW w:w="5256" w:type="dxa"/>
            <w:shd w:val="clear" w:color="auto" w:fill="164E6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A51F07" w14:textId="77777777" w:rsidR="00C1082F" w:rsidRPr="00816F43" w:rsidRDefault="00000000">
            <w:pPr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Broj</w:t>
            </w:r>
            <w:proofErr w:type="spellEnd"/>
            <w:r w:rsidRPr="00816F43">
              <w:rPr>
                <w:rFonts w:ascii="Arrus BT" w:hAnsi="Arrus BT"/>
                <w:b/>
                <w:color w:val="FFFFFF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b/>
                <w:color w:val="FFFFFF"/>
                <w:sz w:val="18"/>
              </w:rPr>
              <w:t>bodova</w:t>
            </w:r>
            <w:proofErr w:type="spellEnd"/>
          </w:p>
        </w:tc>
      </w:tr>
      <w:tr w:rsidR="00C1082F" w:rsidRPr="00816F43" w14:paraId="7FE01B3B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FBCB10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Zakašnjelo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dostavljanje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izvješća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nakon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isteka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roka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traženja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nadležnog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odjela</w:t>
            </w:r>
            <w:proofErr w:type="spellEnd"/>
          </w:p>
        </w:tc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AA0073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−10</w:t>
            </w:r>
          </w:p>
        </w:tc>
      </w:tr>
      <w:tr w:rsidR="00C1082F" w:rsidRPr="00816F43" w14:paraId="170976C4" w14:textId="77777777">
        <w:trPr>
          <w:jc w:val="center"/>
        </w:trPr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81B65F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Neostvarenje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ili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neizvršenje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programa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u </w:t>
            </w:r>
            <w:proofErr w:type="spellStart"/>
            <w:r w:rsidRPr="00816F43">
              <w:rPr>
                <w:rFonts w:ascii="Arrus BT" w:hAnsi="Arrus BT"/>
                <w:sz w:val="18"/>
              </w:rPr>
              <w:t>ugovorenom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roku</w:t>
            </w:r>
            <w:proofErr w:type="spellEnd"/>
          </w:p>
        </w:tc>
        <w:tc>
          <w:tcPr>
            <w:tcW w:w="5256" w:type="dxa"/>
            <w:shd w:val="clear" w:color="auto" w:fill="F1F3F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3E31CE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−10</w:t>
            </w:r>
          </w:p>
        </w:tc>
      </w:tr>
      <w:tr w:rsidR="00C1082F" w:rsidRPr="00816F43" w14:paraId="7310A7A0" w14:textId="77777777">
        <w:trPr>
          <w:jc w:val="center"/>
        </w:trPr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1E0941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Neprijavljivanje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programa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pravodobno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sz w:val="18"/>
              </w:rPr>
              <w:t>ako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se </w:t>
            </w:r>
            <w:proofErr w:type="spellStart"/>
            <w:r w:rsidRPr="00816F43">
              <w:rPr>
                <w:rFonts w:ascii="Arrus BT" w:hAnsi="Arrus BT"/>
                <w:sz w:val="18"/>
              </w:rPr>
              <w:t>takva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posljedica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primjenjuje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prema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pravilima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poziva</w:t>
            </w:r>
            <w:proofErr w:type="spellEnd"/>
          </w:p>
        </w:tc>
        <w:tc>
          <w:tcPr>
            <w:tcW w:w="525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55EA7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sz w:val="18"/>
              </w:rPr>
              <w:t>−10</w:t>
            </w:r>
          </w:p>
        </w:tc>
      </w:tr>
    </w:tbl>
    <w:p w14:paraId="60FBA181" w14:textId="77777777" w:rsidR="00C1082F" w:rsidRPr="00816F43" w:rsidRDefault="00C1082F">
      <w:pPr>
        <w:spacing w:after="20"/>
        <w:rPr>
          <w:rFonts w:ascii="Arrus BT" w:hAnsi="Arrus BT" w:hint="eastAsi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12"/>
      </w:tblGrid>
      <w:tr w:rsidR="00C1082F" w:rsidRPr="00816F43" w14:paraId="4A1D4767" w14:textId="77777777">
        <w:trPr>
          <w:jc w:val="center"/>
        </w:trPr>
        <w:tc>
          <w:tcPr>
            <w:tcW w:w="10512" w:type="dxa"/>
            <w:shd w:val="clear" w:color="auto" w:fill="164E63"/>
            <w:tcMar>
              <w:top w:w="120" w:type="dxa"/>
              <w:left w:w="90" w:type="dxa"/>
              <w:bottom w:w="120" w:type="dxa"/>
              <w:right w:w="90" w:type="dxa"/>
            </w:tcMar>
            <w:vAlign w:val="center"/>
          </w:tcPr>
          <w:p w14:paraId="306FBFC9" w14:textId="0740F668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r w:rsidRPr="00816F43">
              <w:rPr>
                <w:rFonts w:ascii="Arrus BT" w:hAnsi="Arrus BT"/>
                <w:b/>
                <w:color w:val="FFFFFF"/>
                <w:sz w:val="24"/>
              </w:rPr>
              <w:t xml:space="preserve">NAPOMENA </w:t>
            </w:r>
          </w:p>
        </w:tc>
      </w:tr>
      <w:tr w:rsidR="00C1082F" w:rsidRPr="00816F43" w14:paraId="6FC02C74" w14:textId="77777777">
        <w:tblPrEx>
          <w:jc w:val="left"/>
        </w:tblPrEx>
        <w:tc>
          <w:tcPr>
            <w:tcW w:w="10512" w:type="dxa"/>
            <w:shd w:val="clear" w:color="auto" w:fill="EAF5F6"/>
            <w:tcMar>
              <w:top w:w="140" w:type="dxa"/>
              <w:left w:w="90" w:type="dxa"/>
              <w:bottom w:w="140" w:type="dxa"/>
              <w:right w:w="90" w:type="dxa"/>
            </w:tcMar>
            <w:vAlign w:val="center"/>
          </w:tcPr>
          <w:p w14:paraId="60491BE6" w14:textId="77777777" w:rsidR="00C1082F" w:rsidRPr="00816F43" w:rsidRDefault="00000000">
            <w:pPr>
              <w:spacing w:after="40"/>
              <w:rPr>
                <w:rFonts w:ascii="Arrus BT" w:hAnsi="Arrus BT" w:hint="eastAsia"/>
              </w:rPr>
            </w:pPr>
            <w:proofErr w:type="spellStart"/>
            <w:r w:rsidRPr="00816F43">
              <w:rPr>
                <w:rFonts w:ascii="Arrus BT" w:hAnsi="Arrus BT"/>
                <w:sz w:val="18"/>
              </w:rPr>
              <w:t>Prije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objave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obrasca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potrebno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je </w:t>
            </w:r>
            <w:proofErr w:type="spellStart"/>
            <w:r w:rsidRPr="00816F43">
              <w:rPr>
                <w:rFonts w:ascii="Arrus BT" w:hAnsi="Arrus BT"/>
                <w:sz w:val="18"/>
              </w:rPr>
              <w:t>provjeriti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usklađenost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izjava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sz w:val="18"/>
              </w:rPr>
              <w:t>obveznih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priloga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, </w:t>
            </w:r>
            <w:proofErr w:type="spellStart"/>
            <w:r w:rsidRPr="00816F43">
              <w:rPr>
                <w:rFonts w:ascii="Arrus BT" w:hAnsi="Arrus BT"/>
                <w:sz w:val="18"/>
              </w:rPr>
              <w:t>pravila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negativnog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bodovanja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bodovnih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pragova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s </w:t>
            </w:r>
            <w:proofErr w:type="spellStart"/>
            <w:r w:rsidRPr="00816F43">
              <w:rPr>
                <w:rFonts w:ascii="Arrus BT" w:hAnsi="Arrus BT"/>
                <w:sz w:val="18"/>
              </w:rPr>
              <w:t>konačnim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tekstom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javnog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poziva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odlukom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nadležnog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tijela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. Ako se </w:t>
            </w:r>
            <w:proofErr w:type="spellStart"/>
            <w:r w:rsidRPr="00816F43">
              <w:rPr>
                <w:rFonts w:ascii="Arrus BT" w:hAnsi="Arrus BT"/>
                <w:sz w:val="18"/>
              </w:rPr>
              <w:t>zakašnjele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prijave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odbacuju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kao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nepravodobne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, taj se </w:t>
            </w:r>
            <w:proofErr w:type="spellStart"/>
            <w:r w:rsidRPr="00816F43">
              <w:rPr>
                <w:rFonts w:ascii="Arrus BT" w:hAnsi="Arrus BT"/>
                <w:sz w:val="18"/>
              </w:rPr>
              <w:t>nedostatak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ne </w:t>
            </w:r>
            <w:proofErr w:type="spellStart"/>
            <w:r w:rsidRPr="00816F43">
              <w:rPr>
                <w:rFonts w:ascii="Arrus BT" w:hAnsi="Arrus BT"/>
                <w:sz w:val="18"/>
              </w:rPr>
              <w:t>bi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trebao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istodobno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tretirati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kao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negativno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bodovanje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u </w:t>
            </w:r>
            <w:proofErr w:type="spellStart"/>
            <w:r w:rsidRPr="00816F43">
              <w:rPr>
                <w:rFonts w:ascii="Arrus BT" w:hAnsi="Arrus BT"/>
                <w:sz w:val="18"/>
              </w:rPr>
              <w:t>stručnoj</w:t>
            </w:r>
            <w:proofErr w:type="spellEnd"/>
            <w:r w:rsidRPr="00816F43">
              <w:rPr>
                <w:rFonts w:ascii="Arrus BT" w:hAnsi="Arrus BT"/>
                <w:sz w:val="18"/>
              </w:rPr>
              <w:t xml:space="preserve"> </w:t>
            </w:r>
            <w:proofErr w:type="spellStart"/>
            <w:r w:rsidRPr="00816F43">
              <w:rPr>
                <w:rFonts w:ascii="Arrus BT" w:hAnsi="Arrus BT"/>
                <w:sz w:val="18"/>
              </w:rPr>
              <w:t>ocjeni</w:t>
            </w:r>
            <w:proofErr w:type="spellEnd"/>
            <w:r w:rsidRPr="00816F43">
              <w:rPr>
                <w:rFonts w:ascii="Arrus BT" w:hAnsi="Arrus BT"/>
                <w:sz w:val="18"/>
              </w:rPr>
              <w:t>.</w:t>
            </w:r>
          </w:p>
        </w:tc>
      </w:tr>
    </w:tbl>
    <w:p w14:paraId="3A765F8B" w14:textId="77777777" w:rsidR="009B131B" w:rsidRPr="00816F43" w:rsidRDefault="009B131B">
      <w:pPr>
        <w:rPr>
          <w:rFonts w:ascii="Arrus BT" w:hAnsi="Arrus BT" w:hint="eastAsia"/>
        </w:rPr>
      </w:pPr>
    </w:p>
    <w:sectPr w:rsidR="009B131B" w:rsidRPr="00816F43" w:rsidSect="00034616">
      <w:footerReference w:type="default" r:id="rId8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AEC2B" w14:textId="77777777" w:rsidR="00CB6FBD" w:rsidRDefault="00CB6FBD">
      <w:pPr>
        <w:spacing w:after="0" w:line="240" w:lineRule="auto"/>
      </w:pPr>
      <w:r>
        <w:separator/>
      </w:r>
    </w:p>
  </w:endnote>
  <w:endnote w:type="continuationSeparator" w:id="0">
    <w:p w14:paraId="7131FAFC" w14:textId="77777777" w:rsidR="00CB6FBD" w:rsidRDefault="00CB6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rus B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781E9" w14:textId="77777777" w:rsidR="00C1082F" w:rsidRDefault="00000000">
    <w:pPr>
      <w:pStyle w:val="Podnoje"/>
      <w:jc w:val="center"/>
    </w:pPr>
    <w:proofErr w:type="spellStart"/>
    <w:r>
      <w:rPr>
        <w:color w:val="61757B"/>
        <w:sz w:val="16"/>
      </w:rPr>
      <w:t>Općina</w:t>
    </w:r>
    <w:proofErr w:type="spellEnd"/>
    <w:r>
      <w:rPr>
        <w:color w:val="61757B"/>
        <w:sz w:val="16"/>
      </w:rPr>
      <w:t xml:space="preserve"> Župa dubrovačka | </w:t>
    </w:r>
    <w:proofErr w:type="spellStart"/>
    <w:r>
      <w:rPr>
        <w:color w:val="61757B"/>
        <w:sz w:val="16"/>
      </w:rPr>
      <w:t>Prijava</w:t>
    </w:r>
    <w:proofErr w:type="spellEnd"/>
    <w:r>
      <w:rPr>
        <w:color w:val="61757B"/>
        <w:sz w:val="16"/>
      </w:rPr>
      <w:t xml:space="preserve"> </w:t>
    </w:r>
    <w:proofErr w:type="spellStart"/>
    <w:r>
      <w:rPr>
        <w:color w:val="61757B"/>
        <w:sz w:val="16"/>
      </w:rPr>
      <w:t>programa</w:t>
    </w:r>
    <w:proofErr w:type="spellEnd"/>
    <w:r>
      <w:rPr>
        <w:color w:val="61757B"/>
        <w:sz w:val="16"/>
      </w:rPr>
      <w:t xml:space="preserve"> </w:t>
    </w:r>
    <w:proofErr w:type="spellStart"/>
    <w:r>
      <w:rPr>
        <w:color w:val="61757B"/>
        <w:sz w:val="16"/>
      </w:rPr>
      <w:t>i</w:t>
    </w:r>
    <w:proofErr w:type="spellEnd"/>
    <w:r>
      <w:rPr>
        <w:color w:val="61757B"/>
        <w:sz w:val="16"/>
      </w:rPr>
      <w:t xml:space="preserve"> </w:t>
    </w:r>
    <w:proofErr w:type="spellStart"/>
    <w:r>
      <w:rPr>
        <w:color w:val="61757B"/>
        <w:sz w:val="16"/>
      </w:rPr>
      <w:t>projekata</w:t>
    </w:r>
    <w:proofErr w:type="spellEnd"/>
    <w:r>
      <w:rPr>
        <w:color w:val="61757B"/>
        <w:sz w:val="16"/>
      </w:rPr>
      <w:t xml:space="preserve"> u </w:t>
    </w:r>
    <w:proofErr w:type="spellStart"/>
    <w:proofErr w:type="gramStart"/>
    <w:r>
      <w:rPr>
        <w:color w:val="61757B"/>
        <w:sz w:val="16"/>
      </w:rPr>
      <w:t>kulturi</w:t>
    </w:r>
    <w:proofErr w:type="spellEnd"/>
    <w:r>
      <w:rPr>
        <w:color w:val="61757B"/>
        <w:sz w:val="16"/>
      </w:rPr>
      <w:t xml:space="preserve">  •</w:t>
    </w:r>
    <w:proofErr w:type="gramEnd"/>
    <w:r>
      <w:rPr>
        <w:color w:val="61757B"/>
        <w:sz w:val="16"/>
      </w:rPr>
      <w:t xml:space="preserve">  </w:t>
    </w:r>
    <w:proofErr w:type="spellStart"/>
    <w:r>
      <w:rPr>
        <w:color w:val="61757B"/>
        <w:sz w:val="16"/>
      </w:rPr>
      <w:t>Stranica</w:t>
    </w:r>
    <w:proofErr w:type="spellEnd"/>
    <w:r>
      <w:rPr>
        <w:color w:val="61757B"/>
        <w:sz w:val="16"/>
      </w:rPr>
      <w:t xml:space="preserve"> </w:t>
    </w:r>
    <w:r>
      <w:fldChar w:fldCharType="begin"/>
    </w:r>
    <w:r>
      <w:instrText>PAGE</w:instrText>
    </w:r>
    <w:r>
      <w:fldChar w:fldCharType="separate"/>
    </w:r>
    <w:r w:rsidR="000F3D87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DA31B" w14:textId="77777777" w:rsidR="00CB6FBD" w:rsidRDefault="00CB6FBD">
      <w:pPr>
        <w:spacing w:after="0" w:line="240" w:lineRule="auto"/>
      </w:pPr>
      <w:r>
        <w:separator/>
      </w:r>
    </w:p>
  </w:footnote>
  <w:footnote w:type="continuationSeparator" w:id="0">
    <w:p w14:paraId="09E79029" w14:textId="77777777" w:rsidR="00CB6FBD" w:rsidRDefault="00CB6F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0430620">
    <w:abstractNumId w:val="8"/>
  </w:num>
  <w:num w:numId="2" w16cid:durableId="1564830881">
    <w:abstractNumId w:val="6"/>
  </w:num>
  <w:num w:numId="3" w16cid:durableId="1006859187">
    <w:abstractNumId w:val="5"/>
  </w:num>
  <w:num w:numId="4" w16cid:durableId="2048022833">
    <w:abstractNumId w:val="4"/>
  </w:num>
  <w:num w:numId="5" w16cid:durableId="649092376">
    <w:abstractNumId w:val="7"/>
  </w:num>
  <w:num w:numId="6" w16cid:durableId="1386414865">
    <w:abstractNumId w:val="3"/>
  </w:num>
  <w:num w:numId="7" w16cid:durableId="1054698971">
    <w:abstractNumId w:val="2"/>
  </w:num>
  <w:num w:numId="8" w16cid:durableId="1150437537">
    <w:abstractNumId w:val="1"/>
  </w:num>
  <w:num w:numId="9" w16cid:durableId="1068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3D87"/>
    <w:rsid w:val="0015074B"/>
    <w:rsid w:val="0029639D"/>
    <w:rsid w:val="002E1E35"/>
    <w:rsid w:val="002F43F9"/>
    <w:rsid w:val="00302E9A"/>
    <w:rsid w:val="00326F90"/>
    <w:rsid w:val="003809D0"/>
    <w:rsid w:val="003B2483"/>
    <w:rsid w:val="003B72BB"/>
    <w:rsid w:val="00425DAC"/>
    <w:rsid w:val="00530348"/>
    <w:rsid w:val="00561E49"/>
    <w:rsid w:val="00816F43"/>
    <w:rsid w:val="009B131B"/>
    <w:rsid w:val="00A07A15"/>
    <w:rsid w:val="00AA1D8D"/>
    <w:rsid w:val="00AC4974"/>
    <w:rsid w:val="00B47730"/>
    <w:rsid w:val="00BB7C84"/>
    <w:rsid w:val="00C1082F"/>
    <w:rsid w:val="00CB0664"/>
    <w:rsid w:val="00CB6FBD"/>
    <w:rsid w:val="00D93CBE"/>
    <w:rsid w:val="00EF2887"/>
    <w:rsid w:val="00F233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3CBCAE"/>
  <w14:defaultImageDpi w14:val="300"/>
  <w15:docId w15:val="{541D4B24-1ABD-483A-91AE-139A36559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0343B"/>
      <w:sz w:val="19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1907</Words>
  <Characters>10875</Characters>
  <Application>Microsoft Office Word</Application>
  <DocSecurity>0</DocSecurity>
  <Lines>90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12757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Korda</cp:lastModifiedBy>
  <cp:revision>2</cp:revision>
  <dcterms:created xsi:type="dcterms:W3CDTF">2026-10-28T10:38:00Z</dcterms:created>
  <dcterms:modified xsi:type="dcterms:W3CDTF">2026-10-28T10:38:00Z</dcterms:modified>
  <cp:category/>
</cp:coreProperties>
</file>